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 w:before="0" w:line="240" w:lineRule="auto"/>
        <w:jc w:val="center"/>
      </w:pPr>
      <w:r>
        <w:rPr>
          <w:rFonts w:ascii="Times New Roman" w:hAnsi="Times New Roman" w:eastAsia="黑体" w:cs="黑体"/>
          <w:b/>
          <w:sz w:val="36"/>
        </w:rPr>
        <w:t>振实密度测试仪技术方案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振实密度是粉体、颗粒物料流动性与堆积特性评价的关键物理参数，直接关联制药、食品、新能源电池材料等行业的产品品质与工艺设计。本文围绕FT-100E系列多功能振实密度仪、FT-100系列振实密度测试仪，整合形成振实密度测试仪技术方案，覆盖粉体颗粒物料松装密度与振实密度标准化检测需求，适配企业品质管控、配方研发、科研院所实验室物性研究场景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一、方案内容概述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本方案由FT-100E系列多功能振实密度仪、FT-100系列振实密度测试仪组成，均用于粉体、颗粒物料振实密度标准化检测，支持松装密度同步测定。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FT-100E系列分为普通机型（FT-100E-1/2/3）与带量筒旋转功能机型（FT-100EX-1/2/3），设备振动频率、振实次数数字显示且可调节，内置自动运算模块与打印系统。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FT-100系列为通用型粉体物性检测设备，包含FT-100B、FT-100A两款机型，其中FT-100B具备振次、时间双控测量模式，FT-100A采用振次控制模式并搭载自动计算与打印功能。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二、本方案的特点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双方法测试：支持质量法（标配）、体积法（选配）两种测试模式，质量法适用于不易粘附筒壁的粉体，体积法适用于易粘附筒壁的细粉体，适配不同物性粉体检测需求。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多参数输出：搭配定体积组合量筒可同步测定松装密度，自动计算压缩度、豪斯纳比等粉体流动指数，可输出带时间编号、样品质量、体积、振实密度、平均值的完整试验报告。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旋转振实功能：FT-100EX机型具备量筒水平均匀旋转功能，振实过程样品受力更加均衡，试验重现性好。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参数灵活可调：振动频率0至300次/分连续可调，振实次数数字显示且可调节，振幅1至14mm整数档位可调，密度测试范围0至9.9999g/cm³，测试重复性误差≤1%。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⑤ 多工位扩展：FT-100E系列测试工位数可选1个、2个、3个，玻璃量筒标配2个/工位（可选10ml、25ml、50ml、100ml、250ml），不锈钢组合量筒标配1个/工位（可选10ml、25ml、100ml，可定制），适配批量检测需求。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⑥ 标准化检测：方案适配USP《616》、BP、EP、Ch.P.0993、GB/T31057.2、GB/T5162、GB/T21354、GB/T6609.25、IDF134、ISO 8967、ISO787-11、ISO 3953、ISO 8460、ISO 9161、JIS K5101-12-2、JIS Z 2512、MPIF 46等药典及行业检测规范，兼容药典及国家标准测试规范，适配场景广。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三、振实密度测试仪技术方案</w:t>
      </w:r>
    </w:p>
    <w:p>
      <w:pPr>
        <w:pStyle w:val="Heading2"/>
        <w:keepNext/>
        <w:spacing w:before="220" w:after="100" w:line="240" w:lineRule="auto"/>
        <w:jc w:val="left"/>
      </w:pPr>
      <w:r>
        <w:rPr>
          <w:rFonts w:ascii="Times New Roman" w:hAnsi="Times New Roman" w:eastAsia="黑体" w:cs="黑体"/>
          <w:b/>
          <w:sz w:val="28"/>
        </w:rPr>
        <w:t>FT-100E系列多功能振实密度仪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功能概述：FT-100E系列多功能振实密度仪用于粉体、颗粒物料振实密度标准化检测，分为普通机型（FT-100E-1/2/3）与带量筒旋转功能机型（FT-100EX-1/2/3）。设备振动频率、振实次数数字显示且可调节；内置自动运算模块与打印系统，支持平均值计算，可输出带时间编号、样品质量、体积、振实密度、平均值的完整试验报告。搭配定体积组合量筒可同步测定松装密度，自动计算压缩度、豪斯纳比等粉体流动指数。FT-100EX机型具备量筒水平均匀旋转功能，振实过程样品受力更加均衡，试验重现性好。设备支持质量法（标配）、体积法（选配）两种测试模式，适配不同物性粉体，满足多行业标准化检测需求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适配标准：药典规范USP《616》、BP、EP、Ch.P.0993（质量方法量筒配置100ml、250ml）；GB/T31057.2、GB/T5162、GB/T21354、GB/T6609.25（质量方法量筒配置25ml、100ml）；IDF134、ISO 8967（奶粉制品）、ISO787-11（染料）、ISO 3953（金属粉末）、ISO 8460（速溶咖啡）、ISO 9161；JIS K5101-12-2染料、JIS Z 2512、MPIF 46金属粉末。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适用对象：应用于制药、食品、新能源电池材料、磨料、染料、精细化工等行业粉体与颗粒物料检测；适用于企业品质管控、配方研发，以及科研院所、高等院校实验室物性研究。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主要技术参数：通用机型FT-100E-1/2/3，具有旋转功能机型FT-100EX-1/2/3；测试工位数可选1个、2个、3个；质量法玻璃量筒标配2个/工位，可选规格10ml、25ml、50ml、100ml、250ml；振幅整数1至14mm可调节；密度0至9.9999g/cm³；振动频率0至300次/分可调节；测试方法质量法（标配）、体积法（选配）；体积法不锈钢组合量筒标配1个/工位，可选规格10ml、25ml、100ml，可定制；重复性误差≤1%；电源交流AC 220V（50Hz/60Hz）、40W，可定制。</w:t>
      </w:r>
    </w:p>
    <w:p>
      <w:pPr>
        <w:pStyle w:val="Heading2"/>
        <w:keepNext/>
        <w:spacing w:before="220" w:after="100" w:line="240" w:lineRule="auto"/>
        <w:jc w:val="left"/>
      </w:pPr>
      <w:r>
        <w:rPr>
          <w:rFonts w:ascii="Times New Roman" w:hAnsi="Times New Roman" w:eastAsia="黑体" w:cs="黑体"/>
          <w:b/>
          <w:sz w:val="28"/>
        </w:rPr>
        <w:t>FT-100系列振实密度测试仪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功能概述：FT-100系列振实密度测试仪为通用型粉体物性检测设备，包含FT-100B、FT-100A两款机型，适配多行业粉体、颗粒物料的松装密度与振实密度标准化测试。设备贴合人体工学设计，操作便捷，支持定质量、定体积两种主流测试方法，可适配不同粘附特性粉体检测需求。设备支持多种测量控制模式，其中FT-100B具备振次、时间双控测量模式，数据人工核算；FT-100A采用振次控制模式，搭载自动计算与打印功能，可自动核算试验平均值，留存完整试验数据，满足日常检测、科研试验与合规质控使用场景。全系设备可配套对应量筒，兼容药典及国家标准测试规范，适配场景广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适配标准：设备试验流程与检测精度符合多国药典及行业检测规范，适配全品类粉体检测：USP《616》、BP、EP、Ch.P.0993、GB/T31057.2、GB/T5162、GB/T21354、GB/T6609.25、IDF134、ISO 8967、ISO787-11、ISO 3953、ISO 8460、ISO 9161、JIS K5101-12-2、JIS Z 2512、MPIF 46。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适用对象：适用于制药、食品加工、精细化工、新能源电池、磨料、染料等行业粉体与颗粒物料物性检测；可满足企业产品品质管控、配方调试、工艺优化需求，同时适配科研院所、高等院校开展粉体堆积特性、流动性能的试验研究与数据分析工作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主要技术参数：数据处理方式FT-100B人工计算、FT-100A自动计算加数据打印；测量控制模式FT-100B振次、时间双模式（0至9999S）、FT-100A振次单模式；密度测试范围0至9.9999g/cm³；振动振幅1至14mm整数档位可调；振动频率0至300次/分钟连续可调；测试方式标配质量法，可选配体积法；玻璃量筒配置标配2支（默认25ml、100ml），可选10ml、50ml、250ml；不锈钢量筒配置选配1个/工位，可选10ml、25ml、100ml，支持定制；测试重复性误差≤1%；工作电源AC220V、50Hz/60Hz，额定功率40W，支持定制适配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四、本方案应用场景及行业解决方案（简洁版）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制药检测：药品类粉体振实密度检测，振动次数500次，按药典规范USP《616》、BP、EP、Ch.P.0993执行，采用FT-100E系列或FT-100系列执行。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食品检测：奶粉制品（振动次数625次，按IDF134、ISO 8967执行）、速溶咖啡（振动次数300次，按ISO 8460执行）、染料粉体（按ISO787-11、JIS K5101-12-2执行）。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新能源电池材料检测：电池材料粉体振实密度与松装密度检测，工业颗粒（水泥、氧化铝粉等）振动次数1000次，采用FT-100E系列执行。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金属粉末检测：金属类粉体振动次数3000次，按ISO 3953、JIS Z 2512、MPIF 46执行，采用FT-100E系列执行。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⑤ 科研检测：科研院所、高等院校开展粉体堆积特性、流动性能试验研究与数据分析，采用FT-100系列执行。</w:t>
      </w:r>
    </w:p>
    <w:p>
      <w:pPr>
        <w:pStyle w:val="Heading1"/>
        <w:keepNext/>
        <w:spacing w:before="280" w:after="120" w:line="240" w:lineRule="auto"/>
        <w:jc w:val="left"/>
      </w:pPr>
      <w:r>
        <w:rPr>
          <w:rFonts w:ascii="Times New Roman" w:hAnsi="Times New Roman" w:eastAsia="黑体" w:cs="黑体"/>
          <w:b/>
          <w:sz w:val="32"/>
        </w:rPr>
        <w:t>五、选型建议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① 旋转振实检测：选FT-100EX系列带量筒旋转功能机型，量筒水平均匀旋转，振实过程样品受力更加均衡。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② 批量检测：选FT-100E-2（双工位）、FT-100E-3（三工位）机型，适配高频次、批量检测需求。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③ 自动计算打印：选FT-100A，振次控制模式，自动计算并打印试验平均值。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④ 双控模式：选FT-100B，振次、时间双控测量模式，数据人工核算，适配实验室数据复核场景。</w:t>
      </w:r>
    </w:p>
    <w:p>
      <w:pPr>
        <w:spacing w:before="0" w:after="0" w:line="360" w:lineRule="auto"/>
        <w:ind w:firstLine="480"/>
        <w:jc w:val="left"/>
      </w:pPr>
      <w:r>
        <w:rPr>
          <w:rFonts w:ascii="Times New Roman" w:hAnsi="Times New Roman" w:eastAsia="宋体" w:cs="宋体"/>
          <w:b w:val="0"/>
          <w:sz w:val="24"/>
        </w:rPr>
        <w:t>⑤ 组合配置：FT-100E系列与FT-100系列组合使用，可构建覆盖制药、食品、新能源、金属粉末多行业粉体振实密度检测方案。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宋体"/>
        <w:b w:val="0"/>
        <w:sz w:val="21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