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before="0" w:line="240" w:lineRule="auto"/>
        <w:jc w:val="center"/>
      </w:pPr>
      <w:r>
        <w:rPr>
          <w:rFonts w:ascii="Times New Roman" w:hAnsi="Times New Roman" w:eastAsia="黑体" w:cs="黑体"/>
          <w:b/>
          <w:sz w:val="36"/>
        </w:rPr>
        <w:t>陶瓷粉体检测仪器技术方案</w:t>
      </w:r>
    </w:p>
    <w:p>
      <w:pPr>
        <w:spacing w:before="0" w:after="0" w:line="360" w:lineRule="auto"/>
        <w:ind w:firstLine="480"/>
        <w:jc w:val="left"/>
      </w:pPr>
      <w:r>
        <w:rPr>
          <w:rFonts w:ascii="Times New Roman" w:hAnsi="Times New Roman" w:eastAsia="宋体" w:cs="宋体"/>
          <w:b w:val="0"/>
          <w:sz w:val="24"/>
        </w:rPr>
        <w:t>陶瓷粉体的压实性能、振实密度、松散密度、流动性与绝缘电性能是陶瓷材料配方设计、成型工艺与产品质检的关键物性指标，直接影响精细陶瓷、工业陶瓷及功能陶瓷行业的生产管控与质量稳定。本文围绕FT-200H全自动陶瓷粉体压实性能表观密度测试仪、FT-100A1陶瓷粉末振实松散密度测定仪、FT-100EX-1自动水平旋转振实密度仪、FT-102-II精细陶瓷粉末流动性和松装密度测定仪、FT-8400A自动绝缘粉末电阻率压实密度仪五款仪器，整合形成陶瓷粉体检测仪器技术方案，覆盖陶瓷粉体压实性能、振实密度、松散密度、流动性及绝缘电性能检测需求，适配陶瓷粉体生产企业、质检实验室与科研院所检测场景。</w:t>
      </w:r>
    </w:p>
    <w:p>
      <w:pPr>
        <w:pStyle w:val="Heading1"/>
        <w:keepNext/>
        <w:spacing w:before="280" w:after="120" w:line="240" w:lineRule="auto"/>
        <w:jc w:val="left"/>
      </w:pPr>
      <w:r>
        <w:rPr>
          <w:rFonts w:ascii="Times New Roman" w:hAnsi="Times New Roman" w:eastAsia="黑体" w:cs="黑体"/>
          <w:b/>
          <w:sz w:val="32"/>
        </w:rPr>
        <w:t>一、方案内容概述</w:t>
      </w:r>
    </w:p>
    <w:p>
      <w:pPr>
        <w:spacing w:before="0" w:after="0" w:line="360" w:lineRule="auto"/>
        <w:ind w:firstLine="480"/>
        <w:jc w:val="left"/>
      </w:pPr>
      <w:r>
        <w:rPr>
          <w:rFonts w:ascii="Times New Roman" w:hAnsi="Times New Roman" w:eastAsia="宋体" w:cs="宋体"/>
          <w:b w:val="0"/>
          <w:sz w:val="24"/>
        </w:rPr>
        <w:t>① 本方案由五款陶瓷粉体物性检测仪器组成，按检测项目分为密度与压实性能检测、流动性与松装密度检测、绝缘电性能检测三类，各仪器分别依据国家标准、行业标准执行检测。</w:t>
      </w:r>
    </w:p>
    <w:p>
      <w:pPr>
        <w:spacing w:before="0" w:after="0" w:line="360" w:lineRule="auto"/>
        <w:ind w:firstLine="480"/>
        <w:jc w:val="left"/>
      </w:pPr>
      <w:r>
        <w:rPr>
          <w:rFonts w:ascii="Times New Roman" w:hAnsi="Times New Roman" w:eastAsia="宋体" w:cs="宋体"/>
          <w:b w:val="0"/>
          <w:sz w:val="24"/>
        </w:rPr>
        <w:t>② 陶瓷粉体密度与压实性能检测仪器包括FT-200H全自动陶瓷粉体压实性能表观密度测试仪、FT-100A1陶瓷粉末振实松散密度测定仪、FT-100EX-1自动水平旋转振实密度仪，覆盖压实性能表观密度、振实密度、松散密度检测。</w:t>
      </w:r>
    </w:p>
    <w:p>
      <w:pPr>
        <w:spacing w:before="0" w:after="0" w:line="360" w:lineRule="auto"/>
        <w:ind w:firstLine="480"/>
        <w:jc w:val="left"/>
      </w:pPr>
      <w:r>
        <w:rPr>
          <w:rFonts w:ascii="Times New Roman" w:hAnsi="Times New Roman" w:eastAsia="宋体" w:cs="宋体"/>
          <w:b w:val="0"/>
          <w:sz w:val="24"/>
        </w:rPr>
        <w:t>③ 精细陶瓷粉末流动性与松装密度检测仪器为FT-102-II精细陶瓷粉末流动性和松装密度测定仪，采用标准漏斗法可同时完成流动性与松装密度两项指标检测。</w:t>
      </w:r>
    </w:p>
    <w:p>
      <w:pPr>
        <w:spacing w:before="0" w:after="0" w:line="360" w:lineRule="auto"/>
        <w:ind w:firstLine="480"/>
        <w:jc w:val="left"/>
      </w:pPr>
      <w:r>
        <w:rPr>
          <w:rFonts w:ascii="Times New Roman" w:hAnsi="Times New Roman" w:eastAsia="宋体" w:cs="宋体"/>
          <w:b w:val="0"/>
          <w:sz w:val="24"/>
        </w:rPr>
        <w:t>④ 绝缘粉末电性能检测仪器为FT-8400A自动绝缘粉末电阻率压实密度仪，采用两电极法获取粉末在不同空隙率条件下的绝缘性能变化趋势。</w:t>
      </w:r>
    </w:p>
    <w:p>
      <w:pPr>
        <w:pStyle w:val="Heading1"/>
        <w:keepNext/>
        <w:spacing w:before="280" w:after="120" w:line="240" w:lineRule="auto"/>
        <w:jc w:val="left"/>
      </w:pPr>
      <w:r>
        <w:rPr>
          <w:rFonts w:ascii="Times New Roman" w:hAnsi="Times New Roman" w:eastAsia="黑体" w:cs="黑体"/>
          <w:b/>
          <w:sz w:val="32"/>
        </w:rPr>
        <w:t>二、本方案的特点</w:t>
      </w:r>
    </w:p>
    <w:p>
      <w:pPr>
        <w:spacing w:before="0" w:after="0" w:line="360" w:lineRule="auto"/>
        <w:ind w:firstLine="480"/>
        <w:jc w:val="left"/>
      </w:pPr>
      <w:r>
        <w:rPr>
          <w:rFonts w:ascii="Times New Roman" w:hAnsi="Times New Roman" w:eastAsia="宋体" w:cs="宋体"/>
          <w:b w:val="0"/>
          <w:sz w:val="24"/>
        </w:rPr>
        <w:t>① 自动检测程度高：FT-200H支持7寸触摸屏与PC软件双控、自动脱模；FT-100EX-1内置智能数据运算模块与打印系统，自动核算压缩度、豪斯纳比等流动性能指数；FT-8400A依托PC软件全自动运行，自动完成粉末压实、脱模与数据图谱输出。</w:t>
      </w:r>
    </w:p>
    <w:p>
      <w:pPr>
        <w:spacing w:before="0" w:after="0" w:line="360" w:lineRule="auto"/>
        <w:ind w:firstLine="480"/>
        <w:jc w:val="left"/>
      </w:pPr>
      <w:r>
        <w:rPr>
          <w:rFonts w:ascii="Times New Roman" w:hAnsi="Times New Roman" w:eastAsia="宋体" w:cs="宋体"/>
          <w:b w:val="0"/>
          <w:sz w:val="24"/>
        </w:rPr>
        <w:t>② 结构与定位稳定：FT-102-II、FT-100EX-1等仪器采用304不锈钢结构及漏斗与量杯中心对位、高度锁紧定位结构，无需人工反复校准定位，测试位置统一、数据重复性好。</w:t>
      </w:r>
    </w:p>
    <w:p>
      <w:pPr>
        <w:spacing w:before="0" w:after="0" w:line="360" w:lineRule="auto"/>
        <w:ind w:firstLine="480"/>
        <w:jc w:val="left"/>
      </w:pPr>
      <w:r>
        <w:rPr>
          <w:rFonts w:ascii="Times New Roman" w:hAnsi="Times New Roman" w:eastAsia="宋体" w:cs="宋体"/>
          <w:b w:val="0"/>
          <w:sz w:val="24"/>
        </w:rPr>
        <w:t>③ 测试模式灵活：FT-100A1支持振实密度与松散密度两种标准化测试方式；FT-100EX-1标配质量法、可拓展体积法，适配不同粘附特性的粉体物料；FT-200H支持自动、手动两种操作模式及单点、多点测试压力设置。</w:t>
      </w:r>
    </w:p>
    <w:p>
      <w:pPr>
        <w:spacing w:before="0" w:after="0" w:line="360" w:lineRule="auto"/>
        <w:ind w:firstLine="480"/>
        <w:jc w:val="left"/>
      </w:pPr>
      <w:r>
        <w:rPr>
          <w:rFonts w:ascii="Times New Roman" w:hAnsi="Times New Roman" w:eastAsia="宋体" w:cs="宋体"/>
          <w:b w:val="0"/>
          <w:sz w:val="24"/>
        </w:rPr>
        <w:t>④ 检测方法标准化：分别依据GB/T 46588-2025/ISO 17172:2014、ISO 23145-1-2007与ISO 23145-2-2012、GB/T 39696-2020/ISO 14629:2012与GB/T 45760-2025/ISO 23145-2:2012、GB/T 31838.2-2019与GB/T 1410及ASTM D257等标准执行检测。</w:t>
      </w:r>
    </w:p>
    <w:p>
      <w:pPr>
        <w:spacing w:before="0" w:after="0" w:line="360" w:lineRule="auto"/>
        <w:ind w:firstLine="480"/>
        <w:jc w:val="left"/>
      </w:pPr>
      <w:r>
        <w:rPr>
          <w:rFonts w:ascii="Times New Roman" w:hAnsi="Times New Roman" w:eastAsia="宋体" w:cs="宋体"/>
          <w:b w:val="0"/>
          <w:sz w:val="24"/>
        </w:rPr>
        <w:t>⑤ 应用面广：方案覆盖精细陶瓷、工业陶瓷、功能陶瓷粉体及绝缘粉体的压实性能、密度、流动性、电性能检测，满足企业品质管控、来料核验、工艺研发与科研实验需求。</w:t>
      </w:r>
    </w:p>
    <w:p>
      <w:pPr>
        <w:pStyle w:val="Heading1"/>
        <w:keepNext/>
        <w:spacing w:before="280" w:after="120" w:line="240" w:lineRule="auto"/>
        <w:jc w:val="left"/>
      </w:pPr>
      <w:r>
        <w:rPr>
          <w:rFonts w:ascii="Times New Roman" w:hAnsi="Times New Roman" w:eastAsia="黑体" w:cs="黑体"/>
          <w:b/>
          <w:sz w:val="32"/>
        </w:rPr>
        <w:t>三、陶瓷粉体密度与压实性能检测仪器技术方案</w:t>
      </w:r>
    </w:p>
    <w:p>
      <w:pPr>
        <w:pStyle w:val="Heading2"/>
        <w:keepNext/>
        <w:spacing w:before="220" w:after="100" w:line="240" w:lineRule="auto"/>
        <w:jc w:val="left"/>
      </w:pPr>
      <w:r>
        <w:rPr>
          <w:rFonts w:ascii="Times New Roman" w:hAnsi="Times New Roman" w:eastAsia="黑体" w:cs="黑体"/>
          <w:b/>
          <w:sz w:val="28"/>
        </w:rPr>
        <w:t>FT-200H全自动陶瓷粉体压实性能表观密度测试仪</w:t>
      </w:r>
    </w:p>
    <w:p>
      <w:pPr>
        <w:spacing w:before="0" w:after="0" w:line="360" w:lineRule="auto"/>
        <w:ind w:firstLine="480"/>
        <w:jc w:val="left"/>
      </w:pPr>
      <w:r>
        <w:rPr>
          <w:rFonts w:ascii="Times New Roman" w:hAnsi="Times New Roman" w:eastAsia="宋体" w:cs="宋体"/>
          <w:b w:val="0"/>
          <w:sz w:val="24"/>
        </w:rPr>
        <w:t>① 功能概述：FT-200H全自动陶瓷粉体压实性能表观密度测试仪支持7寸触摸屏与PC软件双控，通过荷重单元采集应力变化数据。可按需设定压力量程、加载与位移速率及保压时间，样品厚度直读至0.001mm。支持多孔径模具选配、自动脱模功能，兼容自动、手动两种操作模式，可设置单点及多点测试压力。标配PC数据分析软件，可自动生成压力、密度、位移全过程数据图谱及测试报表。配备过载、超行程双重保护及急停按键，设备异常时自动保护。动力系统支持伺服、液压两种选型，配有温湿度监测模块，整机搭载中英语操作界面。</w:t>
      </w:r>
    </w:p>
    <w:p>
      <w:pPr>
        <w:spacing w:before="0" w:after="0" w:line="360" w:lineRule="auto"/>
        <w:ind w:firstLine="480"/>
        <w:jc w:val="left"/>
      </w:pPr>
      <w:r>
        <w:rPr>
          <w:rFonts w:ascii="Times New Roman" w:hAnsi="Times New Roman" w:eastAsia="宋体" w:cs="宋体"/>
          <w:b w:val="0"/>
          <w:sz w:val="24"/>
        </w:rPr>
        <w:t>② 适配标准：GB/T 46588-2025/ISO 17172:2014精细陶瓷 粉体压实性能的测定。</w:t>
      </w:r>
    </w:p>
    <w:p>
      <w:pPr>
        <w:spacing w:before="0" w:after="0" w:line="360" w:lineRule="auto"/>
        <w:ind w:firstLine="480"/>
        <w:jc w:val="left"/>
      </w:pPr>
      <w:r>
        <w:rPr>
          <w:rFonts w:ascii="Times New Roman" w:hAnsi="Times New Roman" w:eastAsia="宋体" w:cs="宋体"/>
          <w:b w:val="0"/>
          <w:sz w:val="24"/>
        </w:rPr>
        <w:t>③ 适用对象：造粒或未造粒陶瓷粉体在单一指定压力或一系列指定压力下的压坯表观密度测定，用于表征陶瓷粉体压实性能，适配精细陶瓷、工业陶瓷粉体检测。</w:t>
      </w:r>
    </w:p>
    <w:p>
      <w:pPr>
        <w:spacing w:before="0" w:after="0" w:line="360" w:lineRule="auto"/>
        <w:ind w:firstLine="480"/>
        <w:jc w:val="left"/>
      </w:pPr>
      <w:r>
        <w:rPr>
          <w:rFonts w:ascii="Times New Roman" w:hAnsi="Times New Roman" w:eastAsia="宋体" w:cs="宋体"/>
          <w:b w:val="0"/>
          <w:sz w:val="24"/>
        </w:rPr>
        <w:t>④ 主要技术参数：压力范围（选配）5吨至10吨；压力精度±0.5%FS；动力系统伺服动力；位移测量位移传感器系统，行程0至20mm、分辨率0.001mm；显示方式7寸触摸屏加PC软件；脱模方式自动；保护装置自动诊断、过载保护和急停控制；恒压时间0至99.9S；密度值99.99999g/cm³；位移速度伺服速度可设定；温湿度范围温度20±5℃、相对湿度40%至60%；电源220V/380V；整机误差样品特性差异密度不超过1%。</w:t>
      </w:r>
    </w:p>
    <w:p>
      <w:pPr>
        <w:pStyle w:val="Heading2"/>
        <w:keepNext/>
        <w:spacing w:before="220" w:after="100" w:line="240" w:lineRule="auto"/>
        <w:jc w:val="left"/>
      </w:pPr>
      <w:r>
        <w:rPr>
          <w:rFonts w:ascii="Times New Roman" w:hAnsi="Times New Roman" w:eastAsia="黑体" w:cs="黑体"/>
          <w:b/>
          <w:sz w:val="28"/>
        </w:rPr>
        <w:t>FT-100A1陶瓷粉末振实松散密度测定仪</w:t>
      </w:r>
    </w:p>
    <w:p>
      <w:pPr>
        <w:spacing w:before="0" w:after="0" w:line="360" w:lineRule="auto"/>
        <w:ind w:firstLine="480"/>
        <w:jc w:val="left"/>
      </w:pPr>
      <w:r>
        <w:rPr>
          <w:rFonts w:ascii="Times New Roman" w:hAnsi="Times New Roman" w:eastAsia="宋体" w:cs="宋体"/>
          <w:b w:val="0"/>
          <w:sz w:val="24"/>
        </w:rPr>
        <w:t>① 功能概述：FT-100A1陶瓷粉末振实松散密度测定仪用于陶瓷粉末物料的体积密度检测，支持振实密度与松散密度两种标准化测试方式。设备配备中英文薄膜操作面板，适配不同使用场景操作需求，内置数据处理模块，可自动完成测试数据计算、整理，搭配内置打印组件，可直接输出测试数据报告。设备振动幅度与振动频率支持可调设置，可根据不同粉体物料特性匹配对应的测试参数。整机结构设计贴合人体工学，操作流程简洁规范，适配实验室常态化检测作业。</w:t>
      </w:r>
    </w:p>
    <w:p>
      <w:pPr>
        <w:spacing w:before="0" w:after="0" w:line="360" w:lineRule="auto"/>
        <w:ind w:firstLine="480"/>
        <w:jc w:val="left"/>
      </w:pPr>
      <w:r>
        <w:rPr>
          <w:rFonts w:ascii="Times New Roman" w:hAnsi="Times New Roman" w:eastAsia="宋体" w:cs="宋体"/>
          <w:b w:val="0"/>
          <w:sz w:val="24"/>
        </w:rPr>
        <w:t>② 适配标准：ISO 23145-1-2007《陶瓷 陶瓷粉末体密度的测定 1部分：振实密度》；ISO 23145-2-2012《精细陶瓷 陶瓷粉末体密度的测定 第2部分：松散密度》。</w:t>
      </w:r>
    </w:p>
    <w:p>
      <w:pPr>
        <w:spacing w:before="0" w:after="0" w:line="360" w:lineRule="auto"/>
        <w:ind w:firstLine="480"/>
        <w:jc w:val="left"/>
      </w:pPr>
      <w:r>
        <w:rPr>
          <w:rFonts w:ascii="Times New Roman" w:hAnsi="Times New Roman" w:eastAsia="宋体" w:cs="宋体"/>
          <w:b w:val="0"/>
          <w:sz w:val="24"/>
        </w:rPr>
        <w:t>③ 适用对象：陶瓷粉末物料振实密度、松散密度标准化检测，满足陶瓷粉体、工业陶瓷粉体的来料核验、成品理化性能分析需求，可适配化工、磨料、新材料等行业粉体颗粒物料堆积密度测试。</w:t>
      </w:r>
    </w:p>
    <w:p>
      <w:pPr>
        <w:spacing w:before="0" w:after="0" w:line="360" w:lineRule="auto"/>
        <w:ind w:firstLine="480"/>
        <w:jc w:val="left"/>
      </w:pPr>
      <w:r>
        <w:rPr>
          <w:rFonts w:ascii="Times New Roman" w:hAnsi="Times New Roman" w:eastAsia="宋体" w:cs="宋体"/>
          <w:b w:val="0"/>
          <w:sz w:val="24"/>
        </w:rPr>
        <w:t>④ 主要技术参数：设备型号FT-100A1；振动次数设定范围0至99999次；振动频率0至300转/分钟连续可调；振动幅度10mm±1mm；标配不锈钢组合量杯直径50mm、高度51mm、容积100ml；配备标准测试漏斗，孔径分别为2.5mm、5.0mm，适配不同粒径粉体测试；测试重复性误差不超过1%；测试准确性误差不超过1%；工作电源220V交流电压，适配50Hz/60Hz工况；设备额定功率40W。</w:t>
      </w:r>
    </w:p>
    <w:p>
      <w:pPr>
        <w:pStyle w:val="Heading2"/>
        <w:keepNext/>
        <w:spacing w:before="220" w:after="100" w:line="240" w:lineRule="auto"/>
        <w:jc w:val="left"/>
      </w:pPr>
      <w:r>
        <w:rPr>
          <w:rFonts w:ascii="Times New Roman" w:hAnsi="Times New Roman" w:eastAsia="黑体" w:cs="黑体"/>
          <w:b/>
          <w:sz w:val="28"/>
        </w:rPr>
        <w:t>FT-100EX-1自动水平旋转振实密度仪</w:t>
      </w:r>
    </w:p>
    <w:p>
      <w:pPr>
        <w:spacing w:before="0" w:after="0" w:line="360" w:lineRule="auto"/>
        <w:ind w:firstLine="480"/>
        <w:jc w:val="left"/>
      </w:pPr>
      <w:r>
        <w:rPr>
          <w:rFonts w:ascii="Times New Roman" w:hAnsi="Times New Roman" w:eastAsia="宋体" w:cs="宋体"/>
          <w:b w:val="0"/>
          <w:sz w:val="24"/>
        </w:rPr>
        <w:t>① 功能概述：FT-100EX-1自动水平旋转振实密度仪为单工位粉体物性检测设备，集成量筒自动水平旋转与垂直振实复合运动结构，可使粉体样品在测试过程中均匀排布，稳定性与重复性好。设备振动频率、振实次数采用数字化显示，支持自定义调节；内置智能数据运算模块与打印系统，可自动完成数据统计及平均值计算。可输出包含测试编号、年月日时分秒时间戳、样品质量、体积、松装密度、振实密度、平均值在内的完整试验报告，同时自动核算压缩度、豪斯纳比等粉体流动性能指数。设备标配质量法测试模式，可拓展体积法测试功能，适配不同粘附特性的粉体物料，适用于粉体标准化检测、配方研发与品质管控场景。</w:t>
      </w:r>
    </w:p>
    <w:p>
      <w:pPr>
        <w:spacing w:before="0" w:after="0" w:line="360" w:lineRule="auto"/>
        <w:ind w:firstLine="480"/>
        <w:jc w:val="left"/>
      </w:pPr>
      <w:r>
        <w:rPr>
          <w:rFonts w:ascii="Times New Roman" w:hAnsi="Times New Roman" w:eastAsia="宋体" w:cs="宋体"/>
          <w:b w:val="0"/>
          <w:sz w:val="24"/>
        </w:rPr>
        <w:t>② 适配标准：设备结构、试验流程与检测精度符合多国药典及行业标准规范，包括USP《616》、BP、EP、Ch.P.0993、GB/T 31057.2、GB/T 5162、GB/T 21354、GB/T 6609.25、IDF 134、ISO 8967、ISO 787-11、ISO 3953、ISO 8460、ISO 9161、JIS K5101-12-2、JIS Z 2512、MPIF 46。</w:t>
      </w:r>
    </w:p>
    <w:p>
      <w:pPr>
        <w:spacing w:before="0" w:after="0" w:line="360" w:lineRule="auto"/>
        <w:ind w:firstLine="480"/>
        <w:jc w:val="left"/>
      </w:pPr>
      <w:r>
        <w:rPr>
          <w:rFonts w:ascii="Times New Roman" w:hAnsi="Times New Roman" w:eastAsia="宋体" w:cs="宋体"/>
          <w:b w:val="0"/>
          <w:sz w:val="24"/>
        </w:rPr>
        <w:t>③ 适用对象：应用于制药、食品、精细化工、新能源电池材料、磨料、染料等行业粉体与颗粒物料的物性检测，可满足企业品质管控、配方优化、工艺调试需求，同时适配各大院校、科研实验室开展粉体堆积特性、流动性能、压实性能的专项试验与数据研究。</w:t>
      </w:r>
    </w:p>
    <w:p>
      <w:pPr>
        <w:spacing w:before="0" w:after="0" w:line="360" w:lineRule="auto"/>
        <w:ind w:firstLine="480"/>
        <w:jc w:val="left"/>
      </w:pPr>
      <w:r>
        <w:rPr>
          <w:rFonts w:ascii="Times New Roman" w:hAnsi="Times New Roman" w:eastAsia="宋体" w:cs="宋体"/>
          <w:b w:val="0"/>
          <w:sz w:val="24"/>
        </w:rPr>
        <w:t>④ 主要技术参数：设备型号FT-100EX-1；测试工位1组；振动幅度1至14mm整数档位可调；振动频率0至300次/分钟连续可调；密度测试范围0至9.9999g/cm³；标配测试方式质量法，可选测试方式体积法；玻璃量筒规格标配2支/工位，可选10ml、25ml、50ml、100ml、250ml；不锈钢量筒规格选配1个/工位，可选10ml、25ml、100ml，支持定制；测试重复性误差不超过1%；工作电源AC220V、50Hz/60Hz，额定功率40W，支持定制适配。</w:t>
      </w:r>
    </w:p>
    <w:p>
      <w:pPr>
        <w:pStyle w:val="Heading1"/>
        <w:keepNext/>
        <w:spacing w:before="280" w:after="120" w:line="240" w:lineRule="auto"/>
        <w:jc w:val="left"/>
      </w:pPr>
      <w:r>
        <w:rPr>
          <w:rFonts w:ascii="Times New Roman" w:hAnsi="Times New Roman" w:eastAsia="黑体" w:cs="黑体"/>
          <w:b/>
          <w:sz w:val="32"/>
        </w:rPr>
        <w:t>四、精细陶瓷粉末流动性与松装密度检测仪器技术方案</w:t>
      </w:r>
    </w:p>
    <w:p>
      <w:pPr>
        <w:pStyle w:val="Heading2"/>
        <w:keepNext/>
        <w:spacing w:before="220" w:after="100" w:line="240" w:lineRule="auto"/>
        <w:jc w:val="left"/>
      </w:pPr>
      <w:r>
        <w:rPr>
          <w:rFonts w:ascii="Times New Roman" w:hAnsi="Times New Roman" w:eastAsia="黑体" w:cs="黑体"/>
          <w:b/>
          <w:sz w:val="28"/>
        </w:rPr>
        <w:t>FT-102-II精细陶瓷粉末流动性和松装密度测定仪</w:t>
      </w:r>
    </w:p>
    <w:p>
      <w:pPr>
        <w:spacing w:before="0" w:after="0" w:line="360" w:lineRule="auto"/>
        <w:ind w:firstLine="480"/>
        <w:jc w:val="left"/>
      </w:pPr>
      <w:r>
        <w:rPr>
          <w:rFonts w:ascii="Times New Roman" w:hAnsi="Times New Roman" w:eastAsia="宋体" w:cs="宋体"/>
          <w:b w:val="0"/>
          <w:sz w:val="24"/>
        </w:rPr>
        <w:t>① 功能概述：FT-102-II精细陶瓷粉末流动性和松装密度测定仪依据精细陶瓷粉体行业标准结构规范设计，整机采用304不锈钢双立柱支撑结构，结构稳固、抗腐蚀、使用寿命长。设备搭载304不锈钢拉丝底板与漏斗固定板，漏斗与量杯采用一体式中心对位及高度锁紧定位结构，无需人工反复校准定位，解决测试工况的一致性问题。漏斗支持黄铜、304不锈钢两种材质选配，拆装便捷、清理无残留，适配不同粉体测试需求。底座配备高精度水平珠与可调节不锈钢平底机脚，实现设备水平校正，规避倾斜带来的测试误差。仪器配套标准不锈钢密度量杯，采用标准漏斗法原理，可同时完成精细陶瓷粉末流动性与粉体松装密度两项指标检测，操作简单，适用于精细陶瓷、新型粉体材料实验室物性检测。</w:t>
      </w:r>
    </w:p>
    <w:p>
      <w:pPr>
        <w:spacing w:before="0" w:after="0" w:line="360" w:lineRule="auto"/>
        <w:ind w:firstLine="480"/>
        <w:jc w:val="left"/>
      </w:pPr>
      <w:r>
        <w:rPr>
          <w:rFonts w:ascii="Times New Roman" w:hAnsi="Times New Roman" w:eastAsia="宋体" w:cs="宋体"/>
          <w:b w:val="0"/>
          <w:sz w:val="24"/>
        </w:rPr>
        <w:t>② 适配标准：GB/T 39696-2020/ISO 14629:2012精细陶瓷粉末流动性测定 标准漏斗法；GB/T 45760-2025/ISO 23145-2:2012精细陶瓷 粉体堆积密度测定 松装密度。</w:t>
      </w:r>
    </w:p>
    <w:p>
      <w:pPr>
        <w:spacing w:before="0" w:after="0" w:line="360" w:lineRule="auto"/>
        <w:ind w:firstLine="480"/>
        <w:jc w:val="left"/>
      </w:pPr>
      <w:r>
        <w:rPr>
          <w:rFonts w:ascii="Times New Roman" w:hAnsi="Times New Roman" w:eastAsia="宋体" w:cs="宋体"/>
          <w:b w:val="0"/>
          <w:sz w:val="24"/>
        </w:rPr>
        <w:t>③ 适用对象：精细陶瓷粉末、新型粉体材料的流动性测定与松装密度检测，适用于标准漏斗法要求的粉末试样。</w:t>
      </w:r>
    </w:p>
    <w:p>
      <w:pPr>
        <w:spacing w:before="0" w:after="0" w:line="360" w:lineRule="auto"/>
        <w:ind w:firstLine="480"/>
        <w:jc w:val="left"/>
      </w:pPr>
      <w:r>
        <w:rPr>
          <w:rFonts w:ascii="Times New Roman" w:hAnsi="Times New Roman" w:eastAsia="宋体" w:cs="宋体"/>
          <w:b w:val="0"/>
          <w:sz w:val="24"/>
        </w:rPr>
        <w:t>④ 主要技术参数：漏斗孔径φ2.5mm、φ5.0mm，孔径精度±0.04mm；漏斗材质黄铜或304不锈钢（依据需求选配）；漏斗角度60度；量杯304不锈钢材质，内径50mm、高51mm，量杯漏斗间距50mm；标配部件秒表、钢尺、毛刷、水准仪、收集盘；测试方法标准漏斗法。</w:t>
      </w:r>
    </w:p>
    <w:p>
      <w:pPr>
        <w:pStyle w:val="Heading1"/>
        <w:keepNext/>
        <w:spacing w:before="280" w:after="120" w:line="240" w:lineRule="auto"/>
        <w:jc w:val="left"/>
      </w:pPr>
      <w:r>
        <w:rPr>
          <w:rFonts w:ascii="Times New Roman" w:hAnsi="Times New Roman" w:eastAsia="黑体" w:cs="黑体"/>
          <w:b/>
          <w:sz w:val="32"/>
        </w:rPr>
        <w:t>五、绝缘粉末电性能与压实密度检测仪器技术方案</w:t>
      </w:r>
    </w:p>
    <w:p>
      <w:pPr>
        <w:pStyle w:val="Heading2"/>
        <w:keepNext/>
        <w:spacing w:before="220" w:after="100" w:line="240" w:lineRule="auto"/>
        <w:jc w:val="left"/>
      </w:pPr>
      <w:r>
        <w:rPr>
          <w:rFonts w:ascii="Times New Roman" w:hAnsi="Times New Roman" w:eastAsia="黑体" w:cs="黑体"/>
          <w:b/>
          <w:sz w:val="28"/>
        </w:rPr>
        <w:t>FT-8400A自动绝缘粉末电阻率压实密度仪</w:t>
      </w:r>
    </w:p>
    <w:p>
      <w:pPr>
        <w:spacing w:before="0" w:after="0" w:line="360" w:lineRule="auto"/>
        <w:ind w:firstLine="480"/>
        <w:jc w:val="left"/>
      </w:pPr>
      <w:r>
        <w:rPr>
          <w:rFonts w:ascii="Times New Roman" w:hAnsi="Times New Roman" w:eastAsia="宋体" w:cs="宋体"/>
          <w:b w:val="0"/>
          <w:sz w:val="24"/>
        </w:rPr>
        <w:t>① 功能概述：FT-8400A自动绝缘粉末电阻率压实密度仪可获取粉末在不同空隙率条件下绝缘性能变化趋势。整机依托PC软件完成整套操作，设备可直接读取各项检测数值，自动生成对应检测报表。设备完整记录全程测试数据并生成曲线图谱，可同步解析压强、压力与电阻、电阻率、电导率之间的对应变化关系，全程自动化运行，便于工作人员开展材料静电相关分析。设备采用两电极检测结构用于绝缘粉末试样检测，配套外接三环电极组件可拓展至固体绝缘材料检测。设备配备标准校准件，可定期校验设备数值表现，保障多次测试结果具备稳定可比性，适配绝缘粉体压实静电特性标准化分析。</w:t>
      </w:r>
    </w:p>
    <w:p>
      <w:pPr>
        <w:spacing w:before="0" w:after="0" w:line="360" w:lineRule="auto"/>
        <w:ind w:firstLine="480"/>
        <w:jc w:val="left"/>
      </w:pPr>
      <w:r>
        <w:rPr>
          <w:rFonts w:ascii="Times New Roman" w:hAnsi="Times New Roman" w:eastAsia="宋体" w:cs="宋体"/>
          <w:b w:val="0"/>
          <w:sz w:val="24"/>
        </w:rPr>
        <w:t>② 适配标准：GB/T 31838.2-2019、GB/T 1410、ASTM D257等绝缘电阻测试通用制式，满足绝缘粉体压实状态电阻率试验相关要求。</w:t>
      </w:r>
    </w:p>
    <w:p>
      <w:pPr>
        <w:spacing w:before="0" w:after="0" w:line="360" w:lineRule="auto"/>
        <w:ind w:firstLine="480"/>
        <w:jc w:val="left"/>
      </w:pPr>
      <w:r>
        <w:rPr>
          <w:rFonts w:ascii="Times New Roman" w:hAnsi="Times New Roman" w:eastAsia="宋体" w:cs="宋体"/>
          <w:b w:val="0"/>
          <w:sz w:val="24"/>
        </w:rPr>
        <w:t>③ 适用对象：塑料粉末、涂料、树脂粉末、化工粉末、橡胶粉等多品类绝缘粉体，可检测粉末在压缩过程中颗粒内聚力变化带来的静电相关参数，支撑材料静电性能分析工作。</w:t>
      </w:r>
    </w:p>
    <w:p>
      <w:pPr>
        <w:spacing w:before="0" w:after="0" w:line="360" w:lineRule="auto"/>
        <w:ind w:firstLine="480"/>
        <w:jc w:val="left"/>
      </w:pPr>
      <w:r>
        <w:rPr>
          <w:rFonts w:ascii="Times New Roman" w:hAnsi="Times New Roman" w:eastAsia="宋体" w:cs="宋体"/>
          <w:b w:val="0"/>
          <w:sz w:val="24"/>
        </w:rPr>
        <w:t>④ 主要技术参数：规格型号FT-8400A；电阻范围10^2Ω至1×10^14Ω；电阻率范围10^2Ω-cm至1×10^14Ω-cm；测试电压区间0V至1000V；检测方式绝缘粉末采用两电极法、固体材料可外接三环电极法；模具配置标配1套，可选内径10mm（适配1000kg及以下压力）、13mm、16mm、20mm；可选压力量程200kg、300kg、500kg、1000kg、2000kg；模腔行程0至20mm；样品厚度自动实时测量0.005mm至30mm；标配标准配件标定电阻件1个、标准厚度校准件1个；运行模式全自动测量；加压模式全自动加压运行；脱模模式全自动脱模运行；电极材质铜质电极；工作电源AC 220V±10%、50Hz，整机功耗60W。</w:t>
      </w:r>
    </w:p>
    <w:p>
      <w:pPr>
        <w:pStyle w:val="Heading1"/>
        <w:keepNext/>
        <w:spacing w:before="280" w:after="120" w:line="240" w:lineRule="auto"/>
        <w:jc w:val="left"/>
      </w:pPr>
      <w:r>
        <w:rPr>
          <w:rFonts w:ascii="Times New Roman" w:hAnsi="Times New Roman" w:eastAsia="黑体" w:cs="黑体"/>
          <w:b/>
          <w:sz w:val="32"/>
        </w:rPr>
        <w:t>六、本方案应用场景及行业解决方案（简洁版）</w:t>
      </w:r>
    </w:p>
    <w:p>
      <w:pPr>
        <w:spacing w:before="0" w:after="0" w:line="360" w:lineRule="auto"/>
        <w:ind w:firstLine="480"/>
        <w:jc w:val="left"/>
      </w:pPr>
      <w:r>
        <w:rPr>
          <w:rFonts w:ascii="Times New Roman" w:hAnsi="Times New Roman" w:eastAsia="宋体" w:cs="宋体"/>
          <w:b w:val="0"/>
          <w:sz w:val="24"/>
        </w:rPr>
        <w:t>① 陶瓷粉体成型与压实性能检测：陶瓷粉体压坯表观密度测定，支撑配方设计与成型工艺优化，采用FT-200H全自动陶瓷粉体压实性能表观密度测试仪执行。</w:t>
      </w:r>
    </w:p>
    <w:p>
      <w:pPr>
        <w:spacing w:before="0" w:after="0" w:line="360" w:lineRule="auto"/>
        <w:ind w:firstLine="480"/>
        <w:jc w:val="left"/>
      </w:pPr>
      <w:r>
        <w:rPr>
          <w:rFonts w:ascii="Times New Roman" w:hAnsi="Times New Roman" w:eastAsia="宋体" w:cs="宋体"/>
          <w:b w:val="0"/>
          <w:sz w:val="24"/>
        </w:rPr>
        <w:t>② 陶瓷粉末来料核验与品质管控：陶瓷粉体、工业陶瓷粉体振实密度、松散密度检测，支撑来料核验与成品理化性能分析，采用FT-100A1陶瓷粉末振实松散密度测定仪执行。</w:t>
      </w:r>
    </w:p>
    <w:p>
      <w:pPr>
        <w:spacing w:before="0" w:after="0" w:line="360" w:lineRule="auto"/>
        <w:ind w:firstLine="480"/>
        <w:jc w:val="left"/>
      </w:pPr>
      <w:r>
        <w:rPr>
          <w:rFonts w:ascii="Times New Roman" w:hAnsi="Times New Roman" w:eastAsia="宋体" w:cs="宋体"/>
          <w:b w:val="0"/>
          <w:sz w:val="24"/>
        </w:rPr>
        <w:t>③ 粉体堆积特性与流动性能研究：粉体振实密度、松装密度、压缩度、豪斯纳比检测，应用于精细化工、新能源电池材料、磨料等行业品质管控与配方研发，采用FT-100EX-1自动水平旋转振实密度仪执行。</w:t>
      </w:r>
    </w:p>
    <w:p>
      <w:pPr>
        <w:spacing w:before="0" w:after="0" w:line="360" w:lineRule="auto"/>
        <w:ind w:firstLine="480"/>
        <w:jc w:val="left"/>
      </w:pPr>
      <w:r>
        <w:rPr>
          <w:rFonts w:ascii="Times New Roman" w:hAnsi="Times New Roman" w:eastAsia="宋体" w:cs="宋体"/>
          <w:b w:val="0"/>
          <w:sz w:val="24"/>
        </w:rPr>
        <w:t>④ 精细陶瓷粉末流动性检测：精细陶瓷粉末流动性测定与松装密度检测，应用于精细陶瓷、新型粉体材料实验室物性检测，采用FT-102-II精细陶瓷粉末流动性和松装密度测定仪执行。</w:t>
      </w:r>
    </w:p>
    <w:p>
      <w:pPr>
        <w:spacing w:before="0" w:after="0" w:line="360" w:lineRule="auto"/>
        <w:ind w:firstLine="480"/>
        <w:jc w:val="left"/>
      </w:pPr>
      <w:r>
        <w:rPr>
          <w:rFonts w:ascii="Times New Roman" w:hAnsi="Times New Roman" w:eastAsia="宋体" w:cs="宋体"/>
          <w:b w:val="0"/>
          <w:sz w:val="24"/>
        </w:rPr>
        <w:t>⑤ 绝缘粉体电性能分析：绝缘粉末压实状态电阻率、电导率及压实密度检测，应用于塑料粉末、涂料、树脂粉末、化工粉末、橡胶粉等材料静电性能分析，采用FT-8400A自动绝缘粉末电阻率压实密度仪执行。</w:t>
      </w:r>
    </w:p>
    <w:p>
      <w:pPr>
        <w:spacing w:before="0" w:after="0" w:line="360" w:lineRule="auto"/>
        <w:ind w:firstLine="480"/>
        <w:jc w:val="left"/>
      </w:pPr>
      <w:r>
        <w:rPr>
          <w:rFonts w:ascii="Times New Roman" w:hAnsi="Times New Roman" w:eastAsia="宋体" w:cs="宋体"/>
          <w:b w:val="0"/>
          <w:sz w:val="24"/>
        </w:rPr>
        <w:t>⑥ 质检与科研检测：陶瓷粉体生产企业、质检实验室、科研院所、大中专院校开展陶瓷粉体物性专项试验与数据研究，可按检测项目选择对应仪器或组合配置。</w:t>
      </w:r>
    </w:p>
    <w:p>
      <w:pPr>
        <w:pStyle w:val="Heading1"/>
        <w:keepNext/>
        <w:spacing w:before="280" w:after="120" w:line="240" w:lineRule="auto"/>
        <w:jc w:val="left"/>
      </w:pPr>
      <w:r>
        <w:rPr>
          <w:rFonts w:ascii="Times New Roman" w:hAnsi="Times New Roman" w:eastAsia="黑体" w:cs="黑体"/>
          <w:b/>
          <w:sz w:val="32"/>
        </w:rPr>
        <w:t>七、选型建议</w:t>
      </w:r>
    </w:p>
    <w:p>
      <w:pPr>
        <w:spacing w:before="0" w:after="0" w:line="360" w:lineRule="auto"/>
        <w:ind w:firstLine="480"/>
        <w:jc w:val="left"/>
      </w:pPr>
      <w:r>
        <w:rPr>
          <w:rFonts w:ascii="Times New Roman" w:hAnsi="Times New Roman" w:eastAsia="宋体" w:cs="宋体"/>
          <w:b w:val="0"/>
          <w:sz w:val="24"/>
        </w:rPr>
        <w:t>① 陶瓷粉体压实性能表观密度检测：选FT-200H全自动陶瓷粉体压实性能表观密度测试仪，支持单点、多点测试压力及自动脱模，适配造粒或未造粒陶瓷粉体检测。</w:t>
      </w:r>
    </w:p>
    <w:p>
      <w:pPr>
        <w:spacing w:before="0" w:after="0" w:line="360" w:lineRule="auto"/>
        <w:ind w:firstLine="480"/>
        <w:jc w:val="left"/>
      </w:pPr>
      <w:r>
        <w:rPr>
          <w:rFonts w:ascii="Times New Roman" w:hAnsi="Times New Roman" w:eastAsia="宋体" w:cs="宋体"/>
          <w:b w:val="0"/>
          <w:sz w:val="24"/>
        </w:rPr>
        <w:t>② 陶瓷粉末振实、松散密度检测：选FT-100A1陶瓷粉末振实松散密度测定仪，支持振实密度与松散密度两种标准化测试方式，适配陶瓷粉体、工业陶瓷粉体检测。</w:t>
      </w:r>
    </w:p>
    <w:p>
      <w:pPr>
        <w:spacing w:before="0" w:after="0" w:line="360" w:lineRule="auto"/>
        <w:ind w:firstLine="480"/>
        <w:jc w:val="left"/>
      </w:pPr>
      <w:r>
        <w:rPr>
          <w:rFonts w:ascii="Times New Roman" w:hAnsi="Times New Roman" w:eastAsia="宋体" w:cs="宋体"/>
          <w:b w:val="0"/>
          <w:sz w:val="24"/>
        </w:rPr>
        <w:t>③ 通用粉体振实密度检测：选FT-100EX-1自动水平旋转振实密度仪，量筒自动水平旋转与垂直振实复合运动，标配质量法、可拓展体积法，适配不同粘附特性粉体检测。</w:t>
      </w:r>
    </w:p>
    <w:p>
      <w:pPr>
        <w:spacing w:before="0" w:after="0" w:line="360" w:lineRule="auto"/>
        <w:ind w:firstLine="480"/>
        <w:jc w:val="left"/>
      </w:pPr>
      <w:r>
        <w:rPr>
          <w:rFonts w:ascii="Times New Roman" w:hAnsi="Times New Roman" w:eastAsia="宋体" w:cs="宋体"/>
          <w:b w:val="0"/>
          <w:sz w:val="24"/>
        </w:rPr>
        <w:t>④ 精细陶瓷粉末流动性与松装密度检测：选FT-102-II精细陶瓷粉末流动性和松装密度测定仪，标准漏斗法一机双指标，适配精细陶瓷、新型粉体材料检测。</w:t>
      </w:r>
    </w:p>
    <w:p>
      <w:pPr>
        <w:spacing w:before="0" w:after="0" w:line="360" w:lineRule="auto"/>
        <w:ind w:firstLine="480"/>
        <w:jc w:val="left"/>
      </w:pPr>
      <w:r>
        <w:rPr>
          <w:rFonts w:ascii="Times New Roman" w:hAnsi="Times New Roman" w:eastAsia="宋体" w:cs="宋体"/>
          <w:b w:val="0"/>
          <w:sz w:val="24"/>
        </w:rPr>
        <w:t>⑤ 绝缘粉体电性能检测：选FT-8400A自动绝缘粉末电阻率压实密度仪，两电极法全自动检测，适配塑料粉末、涂料、树脂粉末、化工粉末、橡胶粉等绝缘粉体检测。</w:t>
      </w:r>
    </w:p>
    <w:p>
      <w:pPr>
        <w:spacing w:before="0" w:after="0" w:line="360" w:lineRule="auto"/>
        <w:ind w:firstLine="480"/>
        <w:jc w:val="left"/>
      </w:pPr>
      <w:r>
        <w:rPr>
          <w:rFonts w:ascii="Times New Roman" w:hAnsi="Times New Roman" w:eastAsia="宋体" w:cs="宋体"/>
          <w:b w:val="0"/>
          <w:sz w:val="24"/>
        </w:rPr>
        <w:t>⑥ 组合配置：五款仪器组合使用，可构建覆盖陶瓷粉体密度、压实性能、流动性、电性能全项目的陶瓷粉体物性检测方案。</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cs="宋体"/>
        <w:b w:val="0"/>
        <w:sz w:val="21"/>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color w:val="00000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