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 w:before="0" w:line="240" w:lineRule="auto"/>
        <w:jc w:val="center"/>
      </w:pPr>
      <w:r>
        <w:rPr>
          <w:rFonts w:ascii="Times New Roman" w:hAnsi="Times New Roman" w:eastAsia="黑体" w:cs="黑体"/>
          <w:b/>
          <w:sz w:val="36"/>
        </w:rPr>
        <w:t>碳纤维体积电阻率测试仪技术方案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体积电阻率是碳纤维材料导电性能的关键表征指标，直接影响复合材料、新能源、航空配套等领域的产品选材与品控评价。本文围绕FT-320TXW系列碳纤维单/束丝体积电阻率测试仪，整合形成碳纤维体积电阻率测试仪技术方案，覆盖碳纤维单丝、碳纤维纱束、炭纤维复合导电原料的电阻、体积电阻率、导电相关参数检测需求，适配碳纤维生产、新材料研发、院校科研与检测评定场景。</w:t>
      </w:r>
    </w:p>
    <w:p>
      <w:pPr>
        <w:pStyle w:val="Heading1"/>
        <w:keepNext/>
        <w:spacing w:before="280" w:after="120" w:line="240" w:lineRule="auto"/>
        <w:jc w:val="left"/>
      </w:pPr>
      <w:r>
        <w:rPr>
          <w:rFonts w:ascii="Times New Roman" w:hAnsi="Times New Roman" w:eastAsia="黑体" w:cs="黑体"/>
          <w:b/>
          <w:sz w:val="32"/>
        </w:rPr>
        <w:t>一、方案内容概述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① 本方案由FT-320TXW-A、FT-320TXW-B两款碳纤维体积电阻率测试仪器组成，适配碳纤维材料电阻、体积电阻率、导电相关参数采集测算。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② 设备搭载直流恒流恒压供电模块，具备量程自动切换功能，配备液晶显示操作界面，设置中英文双语操作界面，适配不同使用习惯。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③ 机身可搭配不同测试治具，按需选购，分为单丝检测方案、纱束检测方案两类，配套可调行程夹持工装，电极采用镀金工艺，稳定试样接触状态。</w:t>
      </w:r>
    </w:p>
    <w:p>
      <w:pPr>
        <w:pStyle w:val="Heading1"/>
        <w:keepNext/>
        <w:spacing w:before="280" w:after="120" w:line="240" w:lineRule="auto"/>
        <w:jc w:val="left"/>
      </w:pPr>
      <w:r>
        <w:rPr>
          <w:rFonts w:ascii="Times New Roman" w:hAnsi="Times New Roman" w:eastAsia="黑体" w:cs="黑体"/>
          <w:b/>
          <w:sz w:val="32"/>
        </w:rPr>
        <w:t>二、本方案的特点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① 量程自动切换：搭载直流恒流恒压供电模块，具备量程自动切换功能，配备液晶显示操作界面，设置中英文双语操作界面，适配不同使用习惯。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② 双向恒流输出：设备可自主切换正向、反向电流输出，同步完成双向电压采集，弱化热电势带来的数值偏移，保障检测数据稳定。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③ 高灵敏度采集：电阻采集分辨规格可达0.01μΩ，适配碳纤维低阻值微电阻检测需求。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④ 双检测方案：方法A单丝治具电极间距标准设定25mm，自带试样拉直结构（需提供样品张力数据）；方法B纱束治具标配测试行程1000mm，其他规格可定制，配备镀金电极、刻度尺、行程锁紧装置。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⑤ 四端测量方式：整机采用四端测量法，减少引线、接触电阻对数据带来的干扰。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⑥ 标准化检测：方案依据GB/T 32993-2016碳纤维体积电阻率的测定、ISO 13931:2013、BS ISO 13931:2013、KS L ISO 13931-2018、JIS R7609:2007等标准规范执行检测。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⑦ 数据配套功能：搭配配套PC测控程序，同步展示电流、电压、温度、电阻率、电导率、电阻数值，支持单位自动换算、试验报表生成留存，完整记录整套检测数据。</w:t>
      </w:r>
    </w:p>
    <w:p>
      <w:pPr>
        <w:pStyle w:val="Heading1"/>
        <w:keepNext/>
        <w:spacing w:before="280" w:after="120" w:line="240" w:lineRule="auto"/>
        <w:jc w:val="left"/>
      </w:pPr>
      <w:r>
        <w:rPr>
          <w:rFonts w:ascii="Times New Roman" w:hAnsi="Times New Roman" w:eastAsia="黑体" w:cs="黑体"/>
          <w:b/>
          <w:sz w:val="32"/>
        </w:rPr>
        <w:t>三、碳纤维体积电阻率测试仪技术方案</w:t>
      </w:r>
    </w:p>
    <w:p>
      <w:pPr>
        <w:pStyle w:val="Heading2"/>
        <w:keepNext/>
        <w:spacing w:before="220" w:after="100" w:line="240" w:lineRule="auto"/>
        <w:jc w:val="left"/>
      </w:pPr>
      <w:r>
        <w:rPr>
          <w:rFonts w:ascii="Times New Roman" w:hAnsi="Times New Roman" w:eastAsia="黑体" w:cs="黑体"/>
          <w:b/>
          <w:sz w:val="28"/>
        </w:rPr>
        <w:t>FT-320TXW系列碳纤维单/束丝体积电阻率测试仪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① 功能概述：FT-320TXW系列碳纤维单/束丝体积电阻率测试仪适配碳纤维材料电阻、体积电阻率、导电相关参数采集测算，搭载直流恒流恒压供电模块，具备量程自动切换功能，配备液晶显示操作界面，设置中英文双语操作界面，适配不同使用习惯。设备可自主切换正向、反向电流输出，同步完成双向电压采集，弱化热电势带来的数值偏移，电阻采集分辨规格可达0.01μΩ。机身可搭配不同测试治具，按需选购，分为单丝检测方案、纱束检测方案两类；配套可调行程夹持工装，电极采用镀金工艺，稳定试样接触状态。搭配配套PC测控程序，同步展示电流、电压、温度、电阻率、电导率、电阻数值，支持单位自动换算、试验报表生成留存，完整记录整套检测数据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② 适配标准：GB/T 32993-2016碳纤维体积电阻率的测定；ISO 13931:2013；BS ISO 13931:2013；KS L ISO 13931-2018；JIS R7609:2007。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③ 适用对象：可检测物料品类为碳纤维单丝、碳纤维纱束、炭纤维复合导电原料；适配碳纤维生产企业来料与成品性能核验、新材料实验室配方研发、院校材料电学特性研究、合作检测机构合规性能评定；配套复合材料、新能源、航空配套、纺织炭纤维相关研发与品控工位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④ 主要技术参数：电阻测量区间10⁻⁸至2×10⁴Ω；电阻率测量区间10⁻⁸至2×10⁴Ω·cm；可选测试电流档位100μA、1mA、10mA、100mA、1A、10A，100μA至100mA档位电流波动控制在0.1%，1A、10A档位电流波动控制在0.15%；可选测量电压档位2mV、20mV、200mV、2V，分辨率分为0.1μV、1μV、10μV、100μV，2mV档量程误差为0.1%读数加6个字，其余电压档量程误差为0.1%读数加2个字；电阻分辨规格0.01μΩ；显示内容液晶面板、配套PC软件同步展示电阻、电阻率、电导率、温度、横截面积、试样尺寸、电流、电压，支持单位自动换算；基础测量方式四端测量法；整机供电规格AC 220V±10%、50Hz，整机功耗低于30W；主机外形尺寸约330mm×350mm×120mm；整机净重约6kg；方法A单丝治具电极间距标准设定25mm，自带试样拉直结构（需提供样品张力数据）；方法B纱束治具标配测试行程1000mm，其他规格可定制，配备镀金电极、刻度尺、行程锁紧装置。</w:t>
      </w:r>
    </w:p>
    <w:p>
      <w:pPr>
        <w:pStyle w:val="Heading1"/>
        <w:keepNext/>
        <w:spacing w:before="280" w:after="120" w:line="240" w:lineRule="auto"/>
        <w:jc w:val="left"/>
      </w:pPr>
      <w:r>
        <w:rPr>
          <w:rFonts w:ascii="Times New Roman" w:hAnsi="Times New Roman" w:eastAsia="黑体" w:cs="黑体"/>
          <w:b/>
          <w:sz w:val="32"/>
        </w:rPr>
        <w:t>四、本方案应用场景及行业解决方案（简洁版）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① 碳纤维生产检测：碳纤维生产企业来料与成品性能核验，按GB/T 32993-2016执行，采用FT-320TXW系列执行。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② 新材料研发：新材料实验室配方研发，碳纤维单丝、纱束体积电阻率测试，采用FT-320TXW系列执行。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③ 院校科研：材料电学特性研究，按ISO 13931:2013、JIS R7609:2007执行，采用FT-320TXW系列执行。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④ 检测评定：合作检测机构合规性能评定，炭纤维复合导电原料检测，采用FT-320TXW系列执行。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⑤ 配套行业：复合材料、新能源、航空配套、纺织炭纤维相关研发与品控工位检测。</w:t>
      </w:r>
    </w:p>
    <w:p>
      <w:pPr>
        <w:pStyle w:val="Heading1"/>
        <w:keepNext/>
        <w:spacing w:before="280" w:after="120" w:line="240" w:lineRule="auto"/>
        <w:jc w:val="left"/>
      </w:pPr>
      <w:r>
        <w:rPr>
          <w:rFonts w:ascii="Times New Roman" w:hAnsi="Times New Roman" w:eastAsia="黑体" w:cs="黑体"/>
          <w:b/>
          <w:sz w:val="32"/>
        </w:rPr>
        <w:t>五、选型建议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① 单丝检测：选FT-320TXW-A碳纤维体积电阻率测试仪，搭配方法A单丝治具（电极间距标准设定25mm、自带试样拉直结构）。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② 纱束检测：选FT-320TXW-B碳纤维体积电阻率测试仪，搭配方法B纱束治具（标配测试行程1000mm、镀金电极、刻度尺、行程锁紧装置）。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③ 组合配置：单丝、纱束治具组合使用，可构建覆盖碳纤维单丝、纱束体积电阻率检测方案。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 w:cs="宋体"/>
        <w:b w:val="0"/>
        <w:sz w:val="21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