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 w:before="0" w:line="240" w:lineRule="auto"/>
        <w:jc w:val="center"/>
      </w:pPr>
      <w:r>
        <w:rPr>
          <w:rFonts w:ascii="Times New Roman" w:hAnsi="Times New Roman" w:eastAsia="黑体" w:cs="黑体"/>
          <w:b/>
          <w:sz w:val="36"/>
        </w:rPr>
        <w:t>炭素石墨材料电阻率测试仪技术方案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室温电阻率是炭素材料的关键电学指标，直接关联铝电解生产能耗、电极品质评判与炭素制品综合性能。本文围绕FT-510A自动炭块电阻率测定仪、FT-310炭素石墨材料电阻率测试仪，整合形成炭素石墨材料电阻率测试仪技术方案，覆盖阴极炭块、预焙阳极、阳极糊、阴极糊、石墨制品等炭素材料常温电阻率检测需求，适配铝冶炼、炭素制品生产、炭材料研发与科研质检场景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一、方案内容概述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本方案由两款炭素石墨材料电阻率测试仪器组成，均采用四端检测架构，用于石墨、块状、棒状、粉末炭素材料常温导电性能检测。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FT-510A自动炭块电阻率测定仪采用直流四端开尔文四线检测方案，搭载步进旋转定位机构，可实现90度、120度多点位轮换检测，全自动完成夹持、加压、多点旋转、采集整套流程。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FT-310炭素石墨材料电阻率测试仪采用标准四端测试法，搭载大功率直流恒流源，输出电流可达10A，可搭配07B加压装置、07A-50-200石墨测试架等选购工装适配不同尺寸炭素制品标准化检测。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二、本方案的特点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四端检测架构：FT-510A采用直流四端开尔文四线检测方案，降低电极接触电阻带来的数值干扰；FT-310采用电流、电压回路分离式四端测量架构，消除电极接触、引线带来的测量干扰。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双向恒流输出：设备自动切换正向、反向恒流输出，同步采集双向电压信号，弱化热电势偏差，保障检测数据稳定。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高灵敏度采集：FT-510A电阻分辨规格0.01μΩ；FT-310电阻测量灵敏度可达0.01μΩ，搭配高灵敏度采集单元分辨微小电阻数值。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加压夹持结构：FT-510A配备压力传感组件与弹性缓冲夹持结构，均匀夹紧炭素试样，可设定试样夹持保压时长，保障多组试样检测条件统一；FT-310搭配加压测试工装，可按标准规定压力夹紧试样，统一接触工况。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⑤ 多点复测机制：FT-510A搭载步进旋转定位机构，可实现90度、120度多点位轮换检测，程序自动汇总多组数据计算平均数值；FT-310样品支持360度旋转，每90度可定点测量，配备角度定位部件。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⑥ 标准化检测：方案分别依据YS/T 63.2-2023铝用炭素材料检测方法第2部分室温电阻率的测定、ISO 11713铝生产用阴极炭块预焙阳极室温电阻率测定通用规范、GB/T 24525-2009、ISO 11713:2025、JIS R7222:2018、KS M ISO 11713-2013、ASTM D6120-24a等标准规范执行检测。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⑦ 数据管理配套：配套PC分析程序，自动采集全部测试数据，运算均值、偏差等统计参数，生成对应曲线图谱与电子报表，支持自定义报表编辑与导出存储，便于工艺记录与性能比对。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三、炭素石墨材料电阻率测试仪技术方案</w:t>
      </w:r>
    </w:p>
    <w:p>
      <w:pPr>
        <w:pStyle w:val="Heading2"/>
        <w:keepNext/>
        <w:spacing w:before="220" w:after="100" w:line="240" w:lineRule="auto"/>
        <w:jc w:val="left"/>
      </w:pPr>
      <w:r>
        <w:rPr>
          <w:rFonts w:ascii="Times New Roman" w:hAnsi="Times New Roman" w:eastAsia="黑体" w:cs="黑体"/>
          <w:b/>
          <w:sz w:val="28"/>
        </w:rPr>
        <w:t>FT-510A自动炭块电阻率测定仪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功能概述：FT-510A自动炭块电阻率测定仪整机采用直流四端开尔文四线检测方案，降低电极接触电阻带来的数值干扰；搭载步进旋转定位机构，可实现90度、120度多点位轮换检测。设备配备压力传感组件与弹性缓冲夹持结构，均匀夹紧炭素试样；设备自主切换正向、反向恒流输出，同步采集双向电压信号，弱化热电势偏差。整机采用一体化集成机身，搭配简易操作界面；配套PC分析程序，自动采集全部测试数据，运算均值、偏差等统计参数，支持自定义报表编辑与导出存储。设备可设定试样夹持保压时长，保障多组试样检测条件统一，运行模式为全自动完成夹持、加压、多点旋转、采集整套流程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适配标准：YS/T 63.2-2023铝用炭素材料检测方法第2部分室温电阻率的测定；ISO 11713铝生产用阴极炭块、预焙阳极室温电阻率测定通用规范。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适用对象：主要检测物料为铝电解行业阴极炭块、预焙阳极炭素试样，炭板、炭砖类碳材可参照配套使用；电阻率为炭素材料关键电学指标，直接关联铝电解生产能耗与成品综合性能，适用于原料进厂、成品出厂、配方研发全流程电学性能评定；适配铝冶炼工厂、炭素制品生产企业、炭材料研发实验室、合作检测机构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主要技术参数：适配试样尺寸试样长度100至130±0.2mm、试样直径50mm；标准探针间距50至60mm，间距规格可按需调整；直流恒流可选档位100μA、1mA、10mA、100mA、1A、5A、10A；电压测试档位2mV、20mV、200mV、2V，各档位量程波动控制在0.1%；PC软件展示内容电阻、电阻率、电导率、温度、单位换算、温度系数、电流、电压、探针间距、试样横截面积、压力压强相关参数；夹持压力区间0至100kg；测试重现指标1.2μΩ·m；电阻分辨规格0.01μΩ；电阻率测量区间10⁻⁸至2×10⁴Ω·cm、电阻测量区间10⁻⁸至2×10⁴Ω，分辨0.01μΩ；整机供电规格AC220V、50Hz；适宜温湿度工况环境常温至50℃、环境相对湿度20%至98%；夹持保压时长0至99.9S设定。</w:t>
      </w:r>
    </w:p>
    <w:p>
      <w:pPr>
        <w:pStyle w:val="Heading2"/>
        <w:keepNext/>
        <w:spacing w:before="220" w:after="100" w:line="240" w:lineRule="auto"/>
        <w:jc w:val="left"/>
      </w:pPr>
      <w:r>
        <w:rPr>
          <w:rFonts w:ascii="Times New Roman" w:hAnsi="Times New Roman" w:eastAsia="黑体" w:cs="黑体"/>
          <w:b/>
          <w:sz w:val="28"/>
        </w:rPr>
        <w:t>FT-310炭素石墨材料电阻率测试仪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功能概述：FT-310炭素石墨材料电阻率测试仪采用标准四端测试法，用于石墨、块状、棒状、粉末炭素材料常温导电性能检测。设备搭载大功率直流恒流源，输出电流可达10A，支持多档位自动切换、自动正反电流输出、双向电压同步采集，电阻测量灵敏度可达0.01μΩ。设备配备4.3寸液晶显示屏，界面可直观展示压力参数、通讯状态、电阻、方块电阻、电阻率、电导率、实时电流电压、温度补偿开关、试样尺寸录入、单位转换、试样形态选择、温度系数、实时压强、分选阈值、系统管理等内容，电阻率与电导率单位可切换。机身预留数据通讯接口，可搭配配套PC软件，自动采集测试数据并生成对应曲线图谱、电子报表。设备拓展配置丰富，可根据检测试样规格选购07B加压装置、07A-50-200石墨测试架，适配不同尺寸炭素制品标准化检测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适配标准：GB/T 24525-2009、YS/T 63.2-2023；ISO 11713:2025、JIS R7222:2018、KS M ISO 11713-2013、ASTM D6120-24a。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适用对象：面向炭素厂、焦化厂、石化企业、粉末冶金工厂、高等院校、科研机构使用，用于阴极炭块、预焙阳极、阳极糊、阴极糊等炭素制品常温电阻率检测；炭素材料电阻率是电极品质评判、生产工艺管控的关键参数，可用于新材料研发、生产线工艺管理、成品性能核验等工作，适配块状、棒状、粉末类炭素试样常规检测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主要技术参数：电压测量量程2mV、20mV、200mV、2V；直流恒流输出档位100μA、1mA、10mA、100mA、1A、10A；适配炭素试样尺寸长度区间1.6m至2m、直径区间100mm至600mm（配套选购工装实现）；电阻率测量范围2×10⁻⁸至2×10⁴Ω·cm；电阻测量范围2×10⁻⁸至2×10⁴Ω；电阻分辨率0.01μΩ；显示配置4.3寸液晶屏，可直读电阻、电阻率、电导率、温度、电流、电压数据；工作电源AC 220V±10%、50HZ/60HZ；选购方案一FT-310加07B炭素材料电阻率测试仪炭制品加压测量装置（符合GB 24525-2009标准压力试验要求，标准加压工况6.3MPa，压力测试区间0至3吨即30KN，支持规格定制，样品测试行程110mm至200mm，手动加压操作结构，屏幕数字显示压力压强数值，压力传感器精度0.1%，配套测量钢尺量程0至400mm，上下夹紧电极为黄铜材质标准直径40mm支持尺寸定制，电压测量触头为锥形黄铜触头间距150mm可调节，样品支持360度旋转每90度可定点测量配备角度定位部件）；选购方案二FT-310加07A-50-200石墨材料电阻率测试仪石墨制品测试架（符合GB/T 24525规范，适配试样尺寸直径30mm、长度180mm，电压端锥形黄铜触头间距150mm可调，电流端黄铜电极配备锁紧固定结构，样品调节行程200mm以内）。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四、本方案应用场景及行业解决方案（简洁版）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铝电解行业检测：阴极炭块、预焙阳极炭素试样室温电阻率检测，按YS/T 63.2-2023、ISO 11713执行，采用FT-510A自动炭块电阻率测定仪执行。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炭素制品生产检测：阳极糊、阴极糊、炭板、炭砖等炭素制品常温电阻率检测，采用FT-310炭素石墨材料电阻率测试仪执行。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标准加压试验：符合GB 24525-2009标准压力试验要求的炭制品加压测量，标准加压工况6.3MPa，采用FT-310加07B执行。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石墨制品检测：按GB/T 24525-2009、ISO 11713:2025、ASTM D6120-24a执行石墨制品电阻率检测，采用FT-310加07A-50-200执行。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⑤ 科研与质检：炭素厂、焦化厂、石化企业、粉末冶金工厂、高等院校、科研机构炭素材料配方研发、生产线工艺管理、成品性能核验。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五、选型建议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铝电解炭块检测：选FT-510A自动炭块电阻率测定仪，全自动完成夹持、加压、多点旋转、采集整套流程，适配阴极炭块、预焙阳极检测。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多形态炭素检测：选FT-310炭素石墨材料电阻率测试仪，适配块状、棒状、粉末类炭素试样常规检测。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标准加压试验：选FT-310加07B炭素材料电阻率测试仪，符合GB 24525-2009标准压力试验要求，标准加压工况6.3MPa。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石墨制品检测：选FT-310加07A-50-200石墨材料电阻率测试仪，适配直径30mm、长度180mm石墨试样。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⑤ 组合配置：多型号组合使用，可构建覆盖炭块、炭素制品、石墨制品的电阻率检测方案。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宋体"/>
        <w:b w:val="0"/>
        <w:sz w:val="21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