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before="0" w:line="240" w:lineRule="auto"/>
        <w:jc w:val="center"/>
      </w:pPr>
      <w:r>
        <w:rPr>
          <w:rFonts w:ascii="Times New Roman" w:hAnsi="Times New Roman" w:eastAsia="黑体" w:cs="黑体"/>
          <w:b/>
          <w:sz w:val="36"/>
        </w:rPr>
        <w:t>四探针测试仪技术方案</w:t>
      </w:r>
    </w:p>
    <w:p>
      <w:pPr>
        <w:spacing w:before="0" w:after="0" w:line="360" w:lineRule="auto"/>
        <w:ind w:firstLine="480"/>
        <w:jc w:val="left"/>
      </w:pPr>
      <w:r>
        <w:rPr>
          <w:rFonts w:ascii="Times New Roman" w:hAnsi="Times New Roman" w:eastAsia="宋体" w:cs="宋体"/>
          <w:b w:val="0"/>
          <w:sz w:val="24"/>
        </w:rPr>
        <w:t>方块电阻、电阻率、电导率与薄膜厚度是半导体材料、光电导电薄膜与新能源导电材料的关键电学性能指标，直接影响材料导电均匀性评估与工艺质量控制。本文围绕FT-330/340系列四探针方阻电阻率测试仪、FT-361/371/394C四探针测试仪、FT-3110系列全自动四探针测试仪、FT-351系列高温四探针电阻率测试仪、FT-3120B半自动四探针电阻率测试仪五款仪器，整合形成四探针测试仪技术方案，覆盖半导体材料、导电薄膜、导电涂层的方块电阻、电阻率、电导率及膜层厚度检测需求，适配科研试验、来料检验、工艺优化与批量质控检测场景。</w:t>
      </w:r>
    </w:p>
    <w:p>
      <w:pPr>
        <w:pStyle w:val="Heading1"/>
        <w:keepNext/>
        <w:spacing w:before="280" w:after="120" w:line="240" w:lineRule="auto"/>
        <w:jc w:val="left"/>
      </w:pPr>
      <w:r>
        <w:rPr>
          <w:rFonts w:ascii="Times New Roman" w:hAnsi="Times New Roman" w:eastAsia="黑体" w:cs="黑体"/>
          <w:b/>
          <w:sz w:val="32"/>
        </w:rPr>
        <w:t>一、方案内容概述</w:t>
      </w:r>
    </w:p>
    <w:p>
      <w:pPr>
        <w:spacing w:before="0" w:after="0" w:line="360" w:lineRule="auto"/>
        <w:ind w:firstLine="480"/>
        <w:jc w:val="left"/>
      </w:pPr>
      <w:r>
        <w:rPr>
          <w:rFonts w:ascii="Times New Roman" w:hAnsi="Times New Roman" w:eastAsia="宋体" w:cs="宋体"/>
          <w:b w:val="0"/>
          <w:sz w:val="24"/>
        </w:rPr>
        <w:t>① 本方案由五款四探针测试仪器组成，按自动化程度与检测工况分为台式与手持式四探针测试仪、自动与半自动四探针测试仪、高温四探针电阻率测试仪三类，各仪器分别依据国家标准、行业标准执行检测。</w:t>
      </w:r>
    </w:p>
    <w:p>
      <w:pPr>
        <w:spacing w:before="0" w:after="0" w:line="360" w:lineRule="auto"/>
        <w:ind w:firstLine="480"/>
        <w:jc w:val="left"/>
      </w:pPr>
      <w:r>
        <w:rPr>
          <w:rFonts w:ascii="Times New Roman" w:hAnsi="Times New Roman" w:eastAsia="宋体" w:cs="宋体"/>
          <w:b w:val="0"/>
          <w:sz w:val="24"/>
        </w:rPr>
        <w:t>② 半导体与薄膜材料四探针测试仪包括FT-330/340系列四探针方阻电阻率测试仪（FT-331、FT-341、FT-332、FT-342）与FT-361/371/394C四探针测试仪（低阻型FT-361B、高阻型FT-371A、手持式FT-394C），基于范德堡测量原理，覆盖低阻至高阻宽量程检测。</w:t>
      </w:r>
    </w:p>
    <w:p>
      <w:pPr>
        <w:spacing w:before="0" w:after="0" w:line="360" w:lineRule="auto"/>
        <w:ind w:firstLine="480"/>
        <w:jc w:val="left"/>
      </w:pPr>
      <w:r>
        <w:rPr>
          <w:rFonts w:ascii="Times New Roman" w:hAnsi="Times New Roman" w:eastAsia="宋体" w:cs="宋体"/>
          <w:b w:val="0"/>
          <w:sz w:val="24"/>
        </w:rPr>
        <w:t>③ 自动与半自动四探针测试仪包括FT-3110系列全自动四探针测试仪（FT-3110A、FT-3110B）与FT-3120B半自动四探针电阻率测试仪，适配批量质检与产线比对工况。</w:t>
      </w:r>
    </w:p>
    <w:p>
      <w:pPr>
        <w:spacing w:before="0" w:after="0" w:line="360" w:lineRule="auto"/>
        <w:ind w:firstLine="480"/>
        <w:jc w:val="left"/>
      </w:pPr>
      <w:r>
        <w:rPr>
          <w:rFonts w:ascii="Times New Roman" w:hAnsi="Times New Roman" w:eastAsia="宋体" w:cs="宋体"/>
          <w:b w:val="0"/>
          <w:sz w:val="24"/>
        </w:rPr>
        <w:t>④ 高温四探针电阻率测试仪为FT-351系列高温四探针电阻率测试仪（FT-351A、FT-351B、FT-351C），适配1200℃高温原位检测场景。</w:t>
      </w:r>
    </w:p>
    <w:p>
      <w:pPr>
        <w:pStyle w:val="Heading1"/>
        <w:keepNext/>
        <w:spacing w:before="280" w:after="120" w:line="240" w:lineRule="auto"/>
        <w:jc w:val="left"/>
      </w:pPr>
      <w:r>
        <w:rPr>
          <w:rFonts w:ascii="Times New Roman" w:hAnsi="Times New Roman" w:eastAsia="黑体" w:cs="黑体"/>
          <w:b/>
          <w:sz w:val="32"/>
        </w:rPr>
        <w:t>二、本方案的特点</w:t>
      </w:r>
    </w:p>
    <w:p>
      <w:pPr>
        <w:spacing w:before="0" w:after="0" w:line="360" w:lineRule="auto"/>
        <w:ind w:firstLine="480"/>
        <w:jc w:val="left"/>
      </w:pPr>
      <w:r>
        <w:rPr>
          <w:rFonts w:ascii="Times New Roman" w:hAnsi="Times New Roman" w:eastAsia="宋体" w:cs="宋体"/>
          <w:b w:val="0"/>
          <w:sz w:val="24"/>
        </w:rPr>
        <w:t>① 多测量模式：台式机型基于范德堡测量原理，同时兼容四探针法、四端法两种测量模式；自动与半自动机型采用直线四探针法搭配双电测补偿技术，有效规避边界误差与接触误差。</w:t>
      </w:r>
    </w:p>
    <w:p>
      <w:pPr>
        <w:spacing w:before="0" w:after="0" w:line="360" w:lineRule="auto"/>
        <w:ind w:firstLine="480"/>
        <w:jc w:val="left"/>
      </w:pPr>
      <w:r>
        <w:rPr>
          <w:rFonts w:ascii="Times New Roman" w:hAnsi="Times New Roman" w:eastAsia="宋体" w:cs="宋体"/>
          <w:b w:val="0"/>
          <w:sz w:val="24"/>
        </w:rPr>
        <w:t>② 误差优化机制：设备搭载恒流输出模块，自动正反电流输出、双向电压同步采集，抵消热电势造成的测量误差；配备自动量程切换、温度补偿、系数自动补偿功能，减少环境与工况带来的数据偏差。</w:t>
      </w:r>
    </w:p>
    <w:p>
      <w:pPr>
        <w:spacing w:before="0" w:after="0" w:line="360" w:lineRule="auto"/>
        <w:ind w:firstLine="480"/>
        <w:jc w:val="left"/>
      </w:pPr>
      <w:r>
        <w:rPr>
          <w:rFonts w:ascii="Times New Roman" w:hAnsi="Times New Roman" w:eastAsia="宋体" w:cs="宋体"/>
          <w:b w:val="0"/>
          <w:sz w:val="24"/>
        </w:rPr>
        <w:t>③ 恒压接触控制：台式机型标配恒压可调样品测试平台，统一探针与样品接触压力，消除人工施压差异带来的数据波动；探针间距、探针材质支持选配，适配不同试样类型。</w:t>
      </w:r>
    </w:p>
    <w:p>
      <w:pPr>
        <w:spacing w:before="0" w:after="0" w:line="360" w:lineRule="auto"/>
        <w:ind w:firstLine="480"/>
        <w:jc w:val="left"/>
      </w:pPr>
      <w:r>
        <w:rPr>
          <w:rFonts w:ascii="Times New Roman" w:hAnsi="Times New Roman" w:eastAsia="宋体" w:cs="宋体"/>
          <w:b w:val="0"/>
          <w:sz w:val="24"/>
        </w:rPr>
        <w:t>④ 全流程自动化：FT-3110系列搭载X、Y轴全自动运动平台、数控恒流源与高精度电压采集模块，实现无人自动化测试，支持多点阵列扫描、全域面扫描，配备压力检测器与软着陆保护功能，规避晶圆、薄膜样品划伤问题。</w:t>
      </w:r>
    </w:p>
    <w:p>
      <w:pPr>
        <w:spacing w:before="0" w:after="0" w:line="360" w:lineRule="auto"/>
        <w:ind w:firstLine="480"/>
        <w:jc w:val="left"/>
      </w:pPr>
      <w:r>
        <w:rPr>
          <w:rFonts w:ascii="Times New Roman" w:hAnsi="Times New Roman" w:eastAsia="宋体" w:cs="宋体"/>
          <w:b w:val="0"/>
          <w:sz w:val="24"/>
        </w:rPr>
        <w:t>⑤ 高温原位检测：FT-351系列将四探针测量架构与高温温控系统结合，适配1200℃高温原位检测，探针可直接伸入高温腔体完成检测，无需取出试样降温，实现材料高温电学原位表征。</w:t>
      </w:r>
    </w:p>
    <w:p>
      <w:pPr>
        <w:spacing w:before="0" w:after="0" w:line="360" w:lineRule="auto"/>
        <w:ind w:firstLine="480"/>
        <w:jc w:val="left"/>
      </w:pPr>
      <w:r>
        <w:rPr>
          <w:rFonts w:ascii="Times New Roman" w:hAnsi="Times New Roman" w:eastAsia="宋体" w:cs="宋体"/>
          <w:b w:val="0"/>
          <w:sz w:val="24"/>
        </w:rPr>
        <w:t>⑥ 检测方法标准化：分别依据GB/T 1551、GB/T 1552、GB/T 26074、GB/T 14141、GB/T 37152、GB/T 33973、ASTM F84、ASTM F390、SEMI MF84等标准执行检测。</w:t>
      </w:r>
    </w:p>
    <w:p>
      <w:pPr>
        <w:spacing w:before="0" w:after="0" w:line="360" w:lineRule="auto"/>
        <w:ind w:firstLine="480"/>
        <w:jc w:val="left"/>
      </w:pPr>
      <w:r>
        <w:rPr>
          <w:rFonts w:ascii="Times New Roman" w:hAnsi="Times New Roman" w:eastAsia="宋体" w:cs="宋体"/>
          <w:b w:val="0"/>
          <w:sz w:val="24"/>
        </w:rPr>
        <w:t>⑦ 应用面广：方案覆盖半导体、光电导电薄膜、新能源导电材料、纳米材料等材料的电学性能检测，兼顾实验室高精度研发测试与工业化批量质检需求。</w:t>
      </w:r>
    </w:p>
    <w:p>
      <w:pPr>
        <w:pStyle w:val="Heading1"/>
        <w:keepNext/>
        <w:spacing w:before="280" w:after="120" w:line="240" w:lineRule="auto"/>
        <w:jc w:val="left"/>
      </w:pPr>
      <w:r>
        <w:rPr>
          <w:rFonts w:ascii="Times New Roman" w:hAnsi="Times New Roman" w:eastAsia="黑体" w:cs="黑体"/>
          <w:b/>
          <w:sz w:val="32"/>
        </w:rPr>
        <w:t>三、半导体与薄膜材料四探针测试仪技术方案</w:t>
      </w:r>
    </w:p>
    <w:p>
      <w:pPr>
        <w:pStyle w:val="Heading2"/>
        <w:keepNext/>
        <w:spacing w:before="220" w:after="100" w:line="240" w:lineRule="auto"/>
        <w:jc w:val="left"/>
      </w:pPr>
      <w:r>
        <w:rPr>
          <w:rFonts w:ascii="Times New Roman" w:hAnsi="Times New Roman" w:eastAsia="黑体" w:cs="黑体"/>
          <w:b/>
          <w:sz w:val="28"/>
        </w:rPr>
        <w:t>FT-330/340系列四探针方阻电阻率测试仪</w:t>
      </w:r>
    </w:p>
    <w:p>
      <w:pPr>
        <w:spacing w:before="0" w:after="0" w:line="360" w:lineRule="auto"/>
        <w:ind w:firstLine="480"/>
        <w:jc w:val="left"/>
      </w:pPr>
      <w:r>
        <w:rPr>
          <w:rFonts w:ascii="Times New Roman" w:hAnsi="Times New Roman" w:eastAsia="宋体" w:cs="宋体"/>
          <w:b w:val="0"/>
          <w:sz w:val="24"/>
        </w:rPr>
        <w:t>① 功能概述：FT-330/340系列四探针方阻电阻率测试仪同时支持四探针法、四端法两种测量模式，基于范德堡测量原理开发。设备搭载恒流输出模块，可完成自动正反电流输出、双向电压同步采集，配备自动量程切换、温度补偿、系数自动补偿功能，减少环境、工况带来的数据偏差。整机配备液晶显示面板，支持中英文双语操作界面，可展示压力设置、通讯端口、电阻、方块电阻、电阻率、电导率、实时电流电压、温度补偿开关、试样尺寸录入、单位转换、试样形态选择、温度系数、实时压强、分选设置、系统管理等多项内容；试样尺寸可录入至纳米单位，电阻率、电导率单位自由切换。机身配备USB、232双通讯接口，可搭配配套PC软件实现数据采集、图谱生成、报表存储管理。标配恒压可调样品测试平台，直线、方形探头可替换，探针间距、探针材质支持选配；可搭配多规格标定电阻件完成仪器定期精度校准，适配科研试验、产线批量平行比对等多种检测工况。</w:t>
      </w:r>
    </w:p>
    <w:p>
      <w:pPr>
        <w:spacing w:before="0" w:after="0" w:line="360" w:lineRule="auto"/>
        <w:ind w:firstLine="480"/>
        <w:jc w:val="left"/>
      </w:pPr>
      <w:r>
        <w:rPr>
          <w:rFonts w:ascii="Times New Roman" w:hAnsi="Times New Roman" w:eastAsia="宋体" w:cs="宋体"/>
          <w:b w:val="0"/>
          <w:sz w:val="24"/>
        </w:rPr>
        <w:t>② 适配标准：ASTM F84、GB/T 1551、GB/T 1552、GB/T 26074、GB/T 14141、GB/T 37152。</w:t>
      </w:r>
    </w:p>
    <w:p>
      <w:pPr>
        <w:spacing w:before="0" w:after="0" w:line="360" w:lineRule="auto"/>
        <w:ind w:firstLine="480"/>
        <w:jc w:val="left"/>
      </w:pPr>
      <w:r>
        <w:rPr>
          <w:rFonts w:ascii="Times New Roman" w:hAnsi="Times New Roman" w:eastAsia="宋体" w:cs="宋体"/>
          <w:b w:val="0"/>
          <w:sz w:val="24"/>
        </w:rPr>
        <w:t>③ 适用对象：用于半导体、光电导电薄膜、新能源导电材料、纳米材料、功能性导电材料的方块电阻、电阻率、电导率、膜层厚度、导电均匀度检测，兼顾实验室高精度研发测试与工业化批量质检工作；适配硅锗半导体晶圆、非晶硅、微晶硅、半导体衬底、选择性发射极扩散片、表面钝化片、交叉指PN结扩散片、电镀铜电极、ITO/AZO透明导电膜、金属薄膜、石墨电极、碳纸、导电橡胶、导电塑料、光伏扩散片、锂电集流体、铁电、热电、纳米导电材料。</w:t>
      </w:r>
    </w:p>
    <w:p>
      <w:pPr>
        <w:spacing w:before="0" w:after="0" w:line="360" w:lineRule="auto"/>
        <w:ind w:firstLine="480"/>
        <w:jc w:val="left"/>
      </w:pPr>
      <w:r>
        <w:rPr>
          <w:rFonts w:ascii="Times New Roman" w:hAnsi="Times New Roman" w:eastAsia="宋体" w:cs="宋体"/>
          <w:b w:val="0"/>
          <w:sz w:val="24"/>
        </w:rPr>
        <w:t>④ 主要技术参数：方块电阻测量范围FT-331/FT-341为10⁻⁵至2×10⁵Ω/□（可扩展10⁶Ω/□）、FT-332/FT-342为10⁻⁴至2×10⁵Ω/□；电阻率测量范围FT-331/FT-341为10⁻⁵至2×10⁵Ω·cm（可扩展至10⁶Ω·cm）、FT-332/FT-342为10⁻⁴至2×10⁵Ω·cm；测试电流档位FT-331/FT-341为0.1μA、1μA、10μA、100μA、1mA、10mA、100mA，FT-332/FT-342为10μA、100μA、1mA、10mA、100mA；电阻测量精度不超过0.3%；测算模式单电测、双电组合；工作电源AC220V±10%、50Hz，整机功耗小于30W；标配测试平台06A-500恒压平台，压力0至500gf可调，台面180mm×150mm；可选探针配置间距1/2/3mm，碳化钨针、镀金磷铜半球针。</w:t>
      </w:r>
    </w:p>
    <w:p>
      <w:pPr>
        <w:pStyle w:val="Heading2"/>
        <w:keepNext/>
        <w:spacing w:before="220" w:after="100" w:line="240" w:lineRule="auto"/>
        <w:jc w:val="left"/>
      </w:pPr>
      <w:r>
        <w:rPr>
          <w:rFonts w:ascii="Times New Roman" w:hAnsi="Times New Roman" w:eastAsia="黑体" w:cs="黑体"/>
          <w:b/>
          <w:sz w:val="28"/>
        </w:rPr>
        <w:t>FT-361/371/394C四探针测试仪</w:t>
      </w:r>
    </w:p>
    <w:p>
      <w:pPr>
        <w:spacing w:before="0" w:after="0" w:line="360" w:lineRule="auto"/>
        <w:ind w:firstLine="480"/>
        <w:jc w:val="left"/>
      </w:pPr>
      <w:r>
        <w:rPr>
          <w:rFonts w:ascii="Times New Roman" w:hAnsi="Times New Roman" w:eastAsia="宋体" w:cs="宋体"/>
          <w:b w:val="0"/>
          <w:sz w:val="24"/>
        </w:rPr>
        <w:t>① 功能概述：FT-361低阻机型、FT-371高阻机型同时兼容四探针法、四端法两种测量模式，基于范德堡测量原理搭建设备运算体系；FT-394C手持式机型仅支持四探针法测量。全系列设备配备恒流输出模块，可完成自动正反电流输出、双向电压同步采集，搭载自动量程切换、温度补偿、系数自动补偿功能，减少环境与工况带来的数据偏差。整机配备液晶显示面板，支持中英文双语操作界面，台式机型屏幕可展示压力设置、通讯端口、电阻、方块电阻、电阻率、电导率、实时电流电压、温度补偿开关、试样尺寸录入、单位转换、试样形态选择、温度系数、实时压强、分选设置、系统管理等多项内容；手持式机型简化显示内容，可直观查看方块电阻、电流数值。台式机身配备USB、232双通讯接口，手持式机型预留数据传输接口，均可搭配配套PC软件完成数据采集、图谱生成、报表存储管理。台式机型标配恒压可调样品测试平台，直线、方形探头可更换；全系列机型均可搭配多规格标定电阻件完成仪器定期精度校准。</w:t>
      </w:r>
    </w:p>
    <w:p>
      <w:pPr>
        <w:spacing w:before="0" w:after="0" w:line="360" w:lineRule="auto"/>
        <w:ind w:firstLine="480"/>
        <w:jc w:val="left"/>
      </w:pPr>
      <w:r>
        <w:rPr>
          <w:rFonts w:ascii="Times New Roman" w:hAnsi="Times New Roman" w:eastAsia="宋体" w:cs="宋体"/>
          <w:b w:val="0"/>
          <w:sz w:val="24"/>
        </w:rPr>
        <w:t>② 适配标准：ASTM F84、GB/T 1551、GB/T 1552、GB/T 26074、GB/T 14141、GB/T 37152。</w:t>
      </w:r>
    </w:p>
    <w:p>
      <w:pPr>
        <w:spacing w:before="0" w:after="0" w:line="360" w:lineRule="auto"/>
        <w:ind w:firstLine="480"/>
        <w:jc w:val="left"/>
      </w:pPr>
      <w:r>
        <w:rPr>
          <w:rFonts w:ascii="Times New Roman" w:hAnsi="Times New Roman" w:eastAsia="宋体" w:cs="宋体"/>
          <w:b w:val="0"/>
          <w:sz w:val="24"/>
        </w:rPr>
        <w:t>③ 适用对象：用于半导体、光电导电薄膜、新能源导电材料、纳米材料、功能性导电材料的方块电阻、电阻率、电导率、膜层厚度、导电均匀度检测，兼顾实验室研发测试与工业化批量质检；手持式机型适配现场快速检测工况。</w:t>
      </w:r>
    </w:p>
    <w:p>
      <w:pPr>
        <w:spacing w:before="0" w:after="0" w:line="360" w:lineRule="auto"/>
        <w:ind w:firstLine="480"/>
        <w:jc w:val="left"/>
      </w:pPr>
      <w:r>
        <w:rPr>
          <w:rFonts w:ascii="Times New Roman" w:hAnsi="Times New Roman" w:eastAsia="宋体" w:cs="宋体"/>
          <w:b w:val="0"/>
          <w:sz w:val="24"/>
        </w:rPr>
        <w:t>④ 主要技术参数：方块电阻测量范围FT-361B为10⁻⁶至2×10⁵Ω/□、FT-371A为10⁻⁴至10⁷Ω/□、FT-394C为10⁻³至2.00×10⁴Ω/□；电阻率测量范围FT-361B为10⁻⁶至2×10⁵Ω·cm、FT-371A为10⁻⁴至10⁷Ω·cm、FT-394C为10⁻³至2.00×10⁴Ω·cm；测试电流档位FT-361B为1A、100mA、10mA、1mA、100μA、10μA、1μA、0.1μA，FT-371A为10mA至200pA区间，FT-394C为10mA、1mA、100μA、10μA；台式机型供电规格AC220V±10%、50Hz，整机功耗小于30W，手持式机型5V 1000mA充电电池供电；台式机型标配06A-500恒压平台，压力0至500gf可调，台面180mm×150mm，手持式机型无配套测试平台；可选探头规格探针间距1mm/2mm/3mm，材质可选碳化钨针、镀金磷铜半球针。</w:t>
      </w:r>
    </w:p>
    <w:p>
      <w:pPr>
        <w:pStyle w:val="Heading1"/>
        <w:keepNext/>
        <w:spacing w:before="280" w:after="120" w:line="240" w:lineRule="auto"/>
        <w:jc w:val="left"/>
      </w:pPr>
      <w:r>
        <w:rPr>
          <w:rFonts w:ascii="Times New Roman" w:hAnsi="Times New Roman" w:eastAsia="黑体" w:cs="黑体"/>
          <w:b/>
          <w:sz w:val="32"/>
        </w:rPr>
        <w:t>四、自动与半自动四探针测试仪技术方案</w:t>
      </w:r>
    </w:p>
    <w:p>
      <w:pPr>
        <w:pStyle w:val="Heading2"/>
        <w:keepNext/>
        <w:spacing w:before="220" w:after="100" w:line="240" w:lineRule="auto"/>
        <w:jc w:val="left"/>
      </w:pPr>
      <w:r>
        <w:rPr>
          <w:rFonts w:ascii="Times New Roman" w:hAnsi="Times New Roman" w:eastAsia="黑体" w:cs="黑体"/>
          <w:b/>
          <w:sz w:val="28"/>
        </w:rPr>
        <w:t>FT-3110系列全自动四探针测试仪</w:t>
      </w:r>
    </w:p>
    <w:p>
      <w:pPr>
        <w:spacing w:before="0" w:after="0" w:line="360" w:lineRule="auto"/>
        <w:ind w:firstLine="480"/>
        <w:jc w:val="left"/>
      </w:pPr>
      <w:r>
        <w:rPr>
          <w:rFonts w:ascii="Times New Roman" w:hAnsi="Times New Roman" w:eastAsia="宋体" w:cs="宋体"/>
          <w:b w:val="0"/>
          <w:sz w:val="24"/>
        </w:rPr>
        <w:t>① 功能概述：FT-3110系列全自动四探针测试仪是一款适配半导体、光电薄膜、新能源导电材料的高精度电学性能检测设备。设备采用直线四探针法搭配双电测技术，契合国家标准与ASTM行业检测标准，搭载X、Y轴全自动运动平台、数控恒流源与高精度电压采集模块，实现全程无人自动化测试。设备支持自动正反电流输出、自动正反电压采集，可测量样品方块电阻、体积电阻率、电导率及薄膜厚度，自带多点阵列扫描、全域面扫描等多种测试模式。探针压力、测试点数、测试参数均可自定义调节，配备压力检测器与软着陆保护功能，可有效规避晶圆、薄膜样品划伤问题。配套中英文双语PC软件，支持数据实时采集、运算修正、统计分析，可自动完成厚度修正、边界修正，生成Excel测试报表、直方图、等值线图、2D云图及3D立体分布图谱。系统具备测试阈值判定、合格不合格自动标记、批量数据存储追溯、测试方案一键调用、权限管理等功能。整机配备遮光屏蔽箱体，可消除光生载流子对测试数据的干扰，搭配多重防护警报功能，运行稳定，适配科研试验、来料检验、工艺优化、批量质控等场景使用。</w:t>
      </w:r>
    </w:p>
    <w:p>
      <w:pPr>
        <w:spacing w:before="0" w:after="0" w:line="360" w:lineRule="auto"/>
        <w:ind w:firstLine="480"/>
        <w:jc w:val="left"/>
      </w:pPr>
      <w:r>
        <w:rPr>
          <w:rFonts w:ascii="Times New Roman" w:hAnsi="Times New Roman" w:eastAsia="宋体" w:cs="宋体"/>
          <w:b w:val="0"/>
          <w:sz w:val="24"/>
        </w:rPr>
        <w:t>② 适配标准：GB/T 1552半导体、薄膜材料四探针电阻率测试；ASTM F84薄膜与半导体材料方块电阻、电阻率测试标准。</w:t>
      </w:r>
    </w:p>
    <w:p>
      <w:pPr>
        <w:spacing w:before="0" w:after="0" w:line="360" w:lineRule="auto"/>
        <w:ind w:firstLine="480"/>
        <w:jc w:val="left"/>
      </w:pPr>
      <w:r>
        <w:rPr>
          <w:rFonts w:ascii="Times New Roman" w:hAnsi="Times New Roman" w:eastAsia="宋体" w:cs="宋体"/>
          <w:b w:val="0"/>
          <w:sz w:val="24"/>
        </w:rPr>
        <w:t>③ 适用对象：适用于半导体材料、光电导电薄膜、新能源导电材料、纳米材料、功能性导电材料的电阻、电阻率、导电均匀性及膜层厚度检测，适配高精度科研测试与工业化批量质检场景；测试样品包含硅锗半导体晶圆、非晶硅、微晶硅、半导体衬底、选择性发射极扩散片、表面钝化片、交叉指状PN结扩散片、电镀铜电极材料、ITO/AZO透明导电薄膜、金属薄膜、石墨电极、碳纸电极、导电橡胶、导电塑料、光伏扩散片、锂电集流体、铁电材料、热电材料、纳米导电材料等。</w:t>
      </w:r>
    </w:p>
    <w:p>
      <w:pPr>
        <w:spacing w:before="0" w:after="0" w:line="360" w:lineRule="auto"/>
        <w:ind w:firstLine="480"/>
        <w:jc w:val="left"/>
      </w:pPr>
      <w:r>
        <w:rPr>
          <w:rFonts w:ascii="Times New Roman" w:hAnsi="Times New Roman" w:eastAsia="宋体" w:cs="宋体"/>
          <w:b w:val="0"/>
          <w:sz w:val="24"/>
        </w:rPr>
        <w:t>④ 主要技术参数：方块电阻测量范围FT-3110A为10⁻⁵至2×10⁵Ω/□、FT-3110B为10⁻⁶至2×10⁵Ω/□；电阻率测量范围FT-3110A为10⁻⁵至2×10⁵Ω-cm、FT-3110B为10⁻⁶至2×10⁵Ω-cm；测试电流档位FT-3110A为0.1μA、1μA、10μA、100μA、1mA、10mA、100mA，FT-3110B为0.1μA、1μA、10μA、100μA、1mA、10mA、100mA、1A；测量精度标准电阻精度不超过0.3%；单点测试重复性不超过0.5%；探针压力参数100g至500g可调，支持恒压测试，配备压力检测器；探针升降行程0mm至15mm，软着陆防护设计；探针配置参数标准间距1.0mm，碳化钨材质，可选镀金探针，针尖半径0.04mm，机械游移率不超过0.3%；运动定位精度±0.01mm，重复定位精度不超过0.005mm；膜厚测量范围适配钛、铜、镍、金镀层，测量范围500A至10000A，数据直读；样品适配规格圆形晶圆3、4、5、6、8、12英寸，方形样品支持50×50mm、75×75mm、100×100mm、120×120mm，可定制扩展；测试模式单点、中心五点、九点、直径扫描、自定义点阵、全域面扫描；工作环境温度23±2℃、相对湿度20%RH至65%RH；工作电源AC220V±10%、50Hz，整机功耗小于600W。</w:t>
      </w:r>
    </w:p>
    <w:p>
      <w:pPr>
        <w:pStyle w:val="Heading2"/>
        <w:keepNext/>
        <w:spacing w:before="220" w:after="100" w:line="240" w:lineRule="auto"/>
        <w:jc w:val="left"/>
      </w:pPr>
      <w:r>
        <w:rPr>
          <w:rFonts w:ascii="Times New Roman" w:hAnsi="Times New Roman" w:eastAsia="黑体" w:cs="黑体"/>
          <w:b/>
          <w:sz w:val="28"/>
        </w:rPr>
        <w:t>FT-3120B半自动四探针电阻率测试仪</w:t>
      </w:r>
    </w:p>
    <w:p>
      <w:pPr>
        <w:spacing w:before="0" w:after="0" w:line="360" w:lineRule="auto"/>
        <w:ind w:firstLine="480"/>
        <w:jc w:val="left"/>
      </w:pPr>
      <w:r>
        <w:rPr>
          <w:rFonts w:ascii="Times New Roman" w:hAnsi="Times New Roman" w:eastAsia="宋体" w:cs="宋体"/>
          <w:b w:val="0"/>
          <w:sz w:val="24"/>
        </w:rPr>
        <w:t>① 功能概述：FT-3120B半自动四探针电阻率测试仪采用直流四探针检测方式，区别于纯手动下压机型与全自动XY走点探针台；样品由人工摆放移位定位测点，Z轴探头电动自动升降下压，探针压力、下压行程可设定，弱化人工施压差异带来的数据波动。设备搭载步进驱动系统实现探针恒压接触，可自动切换正向、反向电流并同步采集双向电压，可测算方块电阻、体积电阻率、电导率、薄膜厚度；配套压力检测组件，探针压力调节区间100至500g，匹配通用检测规范。设备支持单点定位检测、手动切换多点面电阻检测两种工况，手动测试一键下压、检测完成自动抬升；搭配荷载块维持探针稳定接触，设置Z轴机械限位、软限位、过流、探头短路、超时抬升多重防护，规避薄膜划伤问题。配套PC程序完成数据存储、统计、导出、报表生成；可搭配标准校准电阻片完成整机数值校验。</w:t>
      </w:r>
    </w:p>
    <w:p>
      <w:pPr>
        <w:spacing w:before="0" w:after="0" w:line="360" w:lineRule="auto"/>
        <w:ind w:firstLine="480"/>
        <w:jc w:val="left"/>
      </w:pPr>
      <w:r>
        <w:rPr>
          <w:rFonts w:ascii="Times New Roman" w:hAnsi="Times New Roman" w:eastAsia="宋体" w:cs="宋体"/>
          <w:b w:val="0"/>
          <w:sz w:val="24"/>
        </w:rPr>
        <w:t>② 适配标准：GB/T 1551-2021硅单晶电阻率的测定 直排四探针法和直流两探针法；GB/T 26074-2010锗单晶电阻率直流四探针测量方法；GB/T 33973-2017透明导电氧化物薄膜方块电阻测试方法；SEMI MF0084硅片直排四探针电阻率测试；ASTM F390金属薄层方块电阻测试方法。</w:t>
      </w:r>
    </w:p>
    <w:p>
      <w:pPr>
        <w:spacing w:before="0" w:after="0" w:line="360" w:lineRule="auto"/>
        <w:ind w:firstLine="480"/>
        <w:jc w:val="left"/>
      </w:pPr>
      <w:r>
        <w:rPr>
          <w:rFonts w:ascii="Times New Roman" w:hAnsi="Times New Roman" w:eastAsia="宋体" w:cs="宋体"/>
          <w:b w:val="0"/>
          <w:sz w:val="24"/>
        </w:rPr>
        <w:t>③ 适用对象：适配薄层导电材料、半导体晶圆、导电涂层、金属薄膜、导电复合材料电学性能检测，可供新材料研发实验室、光伏产线、显示行业、电子制造品控部门开展来料核验、配方对比、成品性能检测。</w:t>
      </w:r>
    </w:p>
    <w:p>
      <w:pPr>
        <w:spacing w:before="0" w:after="0" w:line="360" w:lineRule="auto"/>
        <w:ind w:firstLine="480"/>
        <w:jc w:val="left"/>
      </w:pPr>
      <w:r>
        <w:rPr>
          <w:rFonts w:ascii="Times New Roman" w:hAnsi="Times New Roman" w:eastAsia="宋体" w:cs="宋体"/>
          <w:b w:val="0"/>
          <w:sz w:val="24"/>
        </w:rPr>
        <w:t>④ 主要技术参数：电阻测量区间10⁻⁵至2×10⁵Ω标配，可拓展量程10⁻⁶至2×10⁵Ω/□、10⁻⁴至10⁷Ω/□；方块电阻测量区间10⁻⁵至2×10⁵Ω/□；电阻率测量区间10⁻⁵至2×10⁵Ω·cm；可选测试电流档位0.1μA、1μA、10μA、100μA、1mA、10mA、100mA；电流波动控制±0.1%；电阻数值波动标准电阻校验条件下不超过0.3%；探针压力调节区间100至550g，可根据试样工况调整；探针硬件指标针间绝缘电阻不低于1000MΩ，机械游移率不超过0.3%，标配圆头铜镀金、钨钢材质，探针间距可选1mm/2mm/3mm，非标规格可定制；适配试样尺寸圆形晶圆2至6寸，方形试样156mm×156mm；分析运行模式自动单点、手动单点可选，单次测量耗时1至3s；测试重复波动不超过3%；供电规格AC 220V±10%、50Hz，整机功耗低于100W。</w:t>
      </w:r>
    </w:p>
    <w:p>
      <w:pPr>
        <w:pStyle w:val="Heading1"/>
        <w:keepNext/>
        <w:spacing w:before="280" w:after="120" w:line="240" w:lineRule="auto"/>
        <w:jc w:val="left"/>
      </w:pPr>
      <w:r>
        <w:rPr>
          <w:rFonts w:ascii="Times New Roman" w:hAnsi="Times New Roman" w:eastAsia="黑体" w:cs="黑体"/>
          <w:b/>
          <w:sz w:val="32"/>
        </w:rPr>
        <w:t>五、高温四探针电阻率测试仪技术方案</w:t>
      </w:r>
    </w:p>
    <w:p>
      <w:pPr>
        <w:pStyle w:val="Heading2"/>
        <w:keepNext/>
        <w:spacing w:before="220" w:after="100" w:line="240" w:lineRule="auto"/>
        <w:jc w:val="left"/>
      </w:pPr>
      <w:r>
        <w:rPr>
          <w:rFonts w:ascii="Times New Roman" w:hAnsi="Times New Roman" w:eastAsia="黑体" w:cs="黑体"/>
          <w:b/>
          <w:sz w:val="28"/>
        </w:rPr>
        <w:t>FT-351系列高温四探针电阻率测试仪</w:t>
      </w:r>
    </w:p>
    <w:p>
      <w:pPr>
        <w:spacing w:before="0" w:after="0" w:line="360" w:lineRule="auto"/>
        <w:ind w:firstLine="480"/>
        <w:jc w:val="left"/>
      </w:pPr>
      <w:r>
        <w:rPr>
          <w:rFonts w:ascii="Times New Roman" w:hAnsi="Times New Roman" w:eastAsia="宋体" w:cs="宋体"/>
          <w:b w:val="0"/>
          <w:sz w:val="24"/>
        </w:rPr>
        <w:t>① 功能概述：FT-351系列高温四探针电阻率测试仪将四探针测量架构与高温温控系统结合，配套高温陶瓷测量平台与垂直升降机构，探针接触压力可调节；采用耐高温弹性探针，探针间距支持参数修正，适配1200℃高温原位检测。设备搭载恒流输出单元，支持气氛保护测试环境，可自动输出正负电流、同步采集双向电压信号。支持恒温定点、线性升温、阶梯升温、降温回溯多种测试模式，配套分段程序控温功能；探针可直接伸入高温腔体完成检测，无需取出试样降温，实现材料高温电学原位表征。设备全自动连续采集数据，可生成温度、电阻、电阻率、电导率变化曲线图谱。机身配套PC测控软件，可完成设备运行管控、数据存储、报表导出，搭配标准电阻组件可完成设备日常精度校准。</w:t>
      </w:r>
    </w:p>
    <w:p>
      <w:pPr>
        <w:spacing w:before="0" w:after="0" w:line="360" w:lineRule="auto"/>
        <w:ind w:firstLine="480"/>
        <w:jc w:val="left"/>
      </w:pPr>
      <w:r>
        <w:rPr>
          <w:rFonts w:ascii="Times New Roman" w:hAnsi="Times New Roman" w:eastAsia="宋体" w:cs="宋体"/>
          <w:b w:val="0"/>
          <w:sz w:val="24"/>
        </w:rPr>
        <w:t>② 适配标准：GB/T 1551、GB/T 14141、GB/T 26074、SEMI MF84。</w:t>
      </w:r>
    </w:p>
    <w:p>
      <w:pPr>
        <w:spacing w:before="0" w:after="0" w:line="360" w:lineRule="auto"/>
        <w:ind w:firstLine="480"/>
        <w:jc w:val="left"/>
      </w:pPr>
      <w:r>
        <w:rPr>
          <w:rFonts w:ascii="Times New Roman" w:hAnsi="Times New Roman" w:eastAsia="宋体" w:cs="宋体"/>
          <w:b w:val="0"/>
          <w:sz w:val="24"/>
        </w:rPr>
        <w:t>③ 适用对象：设备适配生产企业、高等院校、科研机构开展材料高温方块电阻、电阻率、电导率检测；涵盖半导体材料（硅/锗单晶片、外延层、离子注入薄膜、第三代半导体薄片）、导电薄膜（ITO、FTO、金属涂层、导电浆料薄膜）、炭素材料（石墨、炭纸、炭陶瓷、燃料电池极板）、导电陶瓷、金属基复合板材、耐高温导电合金、新能源物料（烧结压片粉体、固态电解质导电层）。</w:t>
      </w:r>
    </w:p>
    <w:p>
      <w:pPr>
        <w:spacing w:before="0" w:after="0" w:line="360" w:lineRule="auto"/>
        <w:ind w:firstLine="480"/>
        <w:jc w:val="left"/>
      </w:pPr>
      <w:r>
        <w:rPr>
          <w:rFonts w:ascii="Times New Roman" w:hAnsi="Times New Roman" w:eastAsia="宋体" w:cs="宋体"/>
          <w:b w:val="0"/>
          <w:sz w:val="24"/>
        </w:rPr>
        <w:t>④ 主要技术参数：方块电阻测量范围FT-351A为10⁻⁵至2×10⁵Ω/□、FT-351B为10⁻⁶至2×10⁵Ω/□、FT-351C为10⁻⁴至10⁷Ω/□；电阻率测量范围FT-351A为10⁻⁵至2×10⁵Ω·cm、FT-351B为10⁻⁶至2×10⁵Ω·cm、FT-351C为10⁻⁴至10⁷Ω·cm；测试电流档位FT-351A为0.1μA、1μA、10μA、100μA、1mA、10mA、100mA，FT-351B为0.1μA、1μA、10μA、100μA、1mA、10mA、100mA、1A，FT-351C为200pA至10mA；控温精度±1℃，冲温波动不超过1至3℃；可选高温量程200℃、400℃、600℃、800℃、1000℃、1200℃；升温速率常温至400至800℃约15min，800至1200℃约30min；炉膛材质复合陶瓷纤维、真空成型、高温不易掉粉；标准探针配置直线钨探针，标准间距4mm，陶瓷探针套管；试样尺寸要求长度不低于13mm，宽度或直径不低于13mm；整机供电AC220V，功率2至4KW。</w:t>
      </w:r>
    </w:p>
    <w:p>
      <w:pPr>
        <w:pStyle w:val="Heading1"/>
        <w:keepNext/>
        <w:spacing w:before="280" w:after="120" w:line="240" w:lineRule="auto"/>
        <w:jc w:val="left"/>
      </w:pPr>
      <w:r>
        <w:rPr>
          <w:rFonts w:ascii="Times New Roman" w:hAnsi="Times New Roman" w:eastAsia="黑体" w:cs="黑体"/>
          <w:b/>
          <w:sz w:val="32"/>
        </w:rPr>
        <w:t>六、本方案应用场景及行业解决方案（简洁版）</w:t>
      </w:r>
    </w:p>
    <w:p>
      <w:pPr>
        <w:spacing w:before="0" w:after="0" w:line="360" w:lineRule="auto"/>
        <w:ind w:firstLine="480"/>
        <w:jc w:val="left"/>
      </w:pPr>
      <w:r>
        <w:rPr>
          <w:rFonts w:ascii="Times New Roman" w:hAnsi="Times New Roman" w:eastAsia="宋体" w:cs="宋体"/>
          <w:b w:val="0"/>
          <w:sz w:val="24"/>
        </w:rPr>
        <w:t>① 半导体材料电学检测：硅锗晶圆、扩散层、薄膜材料方块电阻、电阻率检测，适配高阻至低阻宽量程需求，采用FT-330/340系列四探针方阻电阻率测试仪或FT-361/371/394C四探针测试仪执行。</w:t>
      </w:r>
    </w:p>
    <w:p>
      <w:pPr>
        <w:spacing w:before="0" w:after="0" w:line="360" w:lineRule="auto"/>
        <w:ind w:firstLine="480"/>
        <w:jc w:val="left"/>
      </w:pPr>
      <w:r>
        <w:rPr>
          <w:rFonts w:ascii="Times New Roman" w:hAnsi="Times New Roman" w:eastAsia="宋体" w:cs="宋体"/>
          <w:b w:val="0"/>
          <w:sz w:val="24"/>
        </w:rPr>
        <w:t>② 导电薄膜与涂层检测：ITO/AZO透明导电膜、金属薄膜、导电涂层方块电阻与膜厚检测，支撑显示行业、光伏行业工艺质量评估，采用FT-3120B半自动四探针电阻率测试仪执行。</w:t>
      </w:r>
    </w:p>
    <w:p>
      <w:pPr>
        <w:spacing w:before="0" w:after="0" w:line="360" w:lineRule="auto"/>
        <w:ind w:firstLine="480"/>
        <w:jc w:val="left"/>
      </w:pPr>
      <w:r>
        <w:rPr>
          <w:rFonts w:ascii="Times New Roman" w:hAnsi="Times New Roman" w:eastAsia="宋体" w:cs="宋体"/>
          <w:b w:val="0"/>
          <w:sz w:val="24"/>
        </w:rPr>
        <w:t>③ 批量质检与产线比对：晶圆、光伏扩散片批量导电均匀性检测，支撑来料检验、工艺优化、批量质控，采用FT-3110系列全自动四探针测试仪执行。</w:t>
      </w:r>
    </w:p>
    <w:p>
      <w:pPr>
        <w:spacing w:before="0" w:after="0" w:line="360" w:lineRule="auto"/>
        <w:ind w:firstLine="480"/>
        <w:jc w:val="left"/>
      </w:pPr>
      <w:r>
        <w:rPr>
          <w:rFonts w:ascii="Times New Roman" w:hAnsi="Times New Roman" w:eastAsia="宋体" w:cs="宋体"/>
          <w:b w:val="0"/>
          <w:sz w:val="24"/>
        </w:rPr>
        <w:t>④ 高温电学性能研究：石墨、炭纸、燃料电池极板、导电陶瓷等材料高温方块电阻、电阻率、电导率检测，支撑材料高温相变导电性能研究，采用FT-351系列高温四探针电阻率测试仪执行。</w:t>
      </w:r>
    </w:p>
    <w:p>
      <w:pPr>
        <w:spacing w:before="0" w:after="0" w:line="360" w:lineRule="auto"/>
        <w:ind w:firstLine="480"/>
        <w:jc w:val="left"/>
      </w:pPr>
      <w:r>
        <w:rPr>
          <w:rFonts w:ascii="Times New Roman" w:hAnsi="Times New Roman" w:eastAsia="宋体" w:cs="宋体"/>
          <w:b w:val="0"/>
          <w:sz w:val="24"/>
        </w:rPr>
        <w:t>⑤ 现场快速检测：手持式四探针测试仪适配导电材料现场快速方块电阻检测，采用FT-394C手持式四探针测试仪执行。</w:t>
      </w:r>
    </w:p>
    <w:p>
      <w:pPr>
        <w:pStyle w:val="Heading1"/>
        <w:keepNext/>
        <w:spacing w:before="280" w:after="120" w:line="240" w:lineRule="auto"/>
        <w:jc w:val="left"/>
      </w:pPr>
      <w:r>
        <w:rPr>
          <w:rFonts w:ascii="Times New Roman" w:hAnsi="Times New Roman" w:eastAsia="黑体" w:cs="黑体"/>
          <w:b/>
          <w:sz w:val="32"/>
        </w:rPr>
        <w:t>七、选型建议</w:t>
      </w:r>
    </w:p>
    <w:p>
      <w:pPr>
        <w:spacing w:before="0" w:after="0" w:line="360" w:lineRule="auto"/>
        <w:ind w:firstLine="480"/>
        <w:jc w:val="left"/>
      </w:pPr>
      <w:r>
        <w:rPr>
          <w:rFonts w:ascii="Times New Roman" w:hAnsi="Times New Roman" w:eastAsia="宋体" w:cs="宋体"/>
          <w:b w:val="0"/>
          <w:sz w:val="24"/>
        </w:rPr>
        <w:t>① 实验室高精度研发测试：选FT-330/340系列四探针方阻电阻率测试仪，同时支持四探针法、四端法，适配半导体、光电导电薄膜、纳米材料检测。</w:t>
      </w:r>
    </w:p>
    <w:p>
      <w:pPr>
        <w:spacing w:before="0" w:after="0" w:line="360" w:lineRule="auto"/>
        <w:ind w:firstLine="480"/>
        <w:jc w:val="left"/>
      </w:pPr>
      <w:r>
        <w:rPr>
          <w:rFonts w:ascii="Times New Roman" w:hAnsi="Times New Roman" w:eastAsia="宋体" w:cs="宋体"/>
          <w:b w:val="0"/>
          <w:sz w:val="24"/>
        </w:rPr>
        <w:t>② 低阻、高阻宽量程检测：选FT-361/371/394C四探针测试仪，低阻型FT-361B适配低阻材料检测，高阻型FT-371A适配高阻材料检测，手持式FT-394C适配现场快速检测。</w:t>
      </w:r>
    </w:p>
    <w:p>
      <w:pPr>
        <w:spacing w:before="0" w:after="0" w:line="360" w:lineRule="auto"/>
        <w:ind w:firstLine="480"/>
        <w:jc w:val="left"/>
      </w:pPr>
      <w:r>
        <w:rPr>
          <w:rFonts w:ascii="Times New Roman" w:hAnsi="Times New Roman" w:eastAsia="宋体" w:cs="宋体"/>
          <w:b w:val="0"/>
          <w:sz w:val="24"/>
        </w:rPr>
        <w:t>③ 全自动批量检测：选FT-3110系列全自动四探针测试仪，X、Y轴全自动运动平台，支持多点阵列扫描、全域面扫描，适配晶圆、薄膜批量质控场景。</w:t>
      </w:r>
    </w:p>
    <w:p>
      <w:pPr>
        <w:spacing w:before="0" w:after="0" w:line="360" w:lineRule="auto"/>
        <w:ind w:firstLine="480"/>
        <w:jc w:val="left"/>
      </w:pPr>
      <w:r>
        <w:rPr>
          <w:rFonts w:ascii="Times New Roman" w:hAnsi="Times New Roman" w:eastAsia="宋体" w:cs="宋体"/>
          <w:b w:val="0"/>
          <w:sz w:val="24"/>
        </w:rPr>
        <w:t>④ 半自动产线检测：选FT-3120B半自动四探针电阻率测试仪，Z轴探头电动自动升降下压，适配薄层导电材料、导电涂层检测。</w:t>
      </w:r>
    </w:p>
    <w:p>
      <w:pPr>
        <w:spacing w:before="0" w:after="0" w:line="360" w:lineRule="auto"/>
        <w:ind w:firstLine="480"/>
        <w:jc w:val="left"/>
      </w:pPr>
      <w:r>
        <w:rPr>
          <w:rFonts w:ascii="Times New Roman" w:hAnsi="Times New Roman" w:eastAsia="宋体" w:cs="宋体"/>
          <w:b w:val="0"/>
          <w:sz w:val="24"/>
        </w:rPr>
        <w:t>⑤ 高温电学检测：选FT-351系列高温四探针电阻率测试仪，适配1200℃高温原位检测，覆盖半导体、导电薄膜、炭素材料、导电陶瓷等材料检测。</w:t>
      </w:r>
    </w:p>
    <w:p>
      <w:pPr>
        <w:spacing w:before="0" w:after="0" w:line="360" w:lineRule="auto"/>
        <w:ind w:firstLine="480"/>
        <w:jc w:val="left"/>
      </w:pPr>
      <w:r>
        <w:rPr>
          <w:rFonts w:ascii="Times New Roman" w:hAnsi="Times New Roman" w:eastAsia="宋体" w:cs="宋体"/>
          <w:b w:val="0"/>
          <w:sz w:val="24"/>
        </w:rPr>
        <w:t>⑥ 组合配置：五款仪器组合使用，可构建覆盖常温至高温、低阻至高阻、手动至全自动的四探针电学性能检测方案。</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s="宋体"/>
        <w:b w:val="0"/>
        <w:sz w:val="21"/>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color w:val="00000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