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 w:before="0" w:line="240" w:lineRule="auto"/>
        <w:jc w:val="center"/>
      </w:pPr>
      <w:r>
        <w:rPr>
          <w:rFonts w:ascii="Times New Roman" w:hAnsi="Times New Roman" w:eastAsia="黑体" w:cs="黑体"/>
          <w:b/>
          <w:sz w:val="36"/>
        </w:rPr>
        <w:t>双极板与电极毡电阻测试仪技术方案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双极板本体电阻率与界面接触电阻是燃料电池、液流电池、电解槽导电性能评价的关键指标，直接关联电堆欧姆损耗、运行效率与使用寿命。本文围绕FT-541SJB系列自动双极板四探针本体/界面接触电阻测试仪、FT-542SJB石墨毡/碳毡/电极毡双极板电阻测试仪、FT-543SJB系列自动电解槽双极板接触电阻测试仪，整合形成双极板与电极毡电阻测试仪技术方案，覆盖燃料电池双极板、液流电池电极毡、电解槽双极板等导电材料电阻率与接触电阻检测需求，适配新能源、制氢、氯碱等行业研发与品控场景。</w:t>
      </w:r>
    </w:p>
    <w:p>
      <w:pPr>
        <w:pStyle w:val="Heading1"/>
        <w:keepNext/>
        <w:spacing w:before="280" w:after="120" w:line="240" w:lineRule="auto"/>
        <w:jc w:val="left"/>
      </w:pPr>
      <w:r>
        <w:rPr>
          <w:rFonts w:ascii="Times New Roman" w:hAnsi="Times New Roman" w:eastAsia="黑体" w:cs="黑体"/>
          <w:b/>
          <w:sz w:val="32"/>
        </w:rPr>
        <w:t>一、方案内容概述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① 本方案由三款双极板电阻测试仪器组成，均配备镀金电极组件，支持自动化检测流程，电阻分辨规格可达0.01μΩ。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② FT-541SJB系列集成直线四探针法与四端加压法双模式检测架构，可同步完成双极板本体电阻率、双极板与炭纸界面接触电阻采集测算，含FT-541SJB-341、FT-541SJB-361、FT-541SJB-300全检版本。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③ FT-542SJB专为石墨毡、碳毡、电极毡等毡类电极材料设计，自动化完成电阻、电阻率、接触电阻三类指标检测，适配液流电池双极板相关性能试验。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④ FT-543SJB系列可开展大电流工况下接触电阻、电压降、电阻率、温升、负载、电流密度相关数据解析，含DC10A、100A、200A、300A电流规格，适配电解槽双极板导电性能检测。</w:t>
      </w:r>
    </w:p>
    <w:p>
      <w:pPr>
        <w:pStyle w:val="Heading1"/>
        <w:keepNext/>
        <w:spacing w:before="280" w:after="120" w:line="240" w:lineRule="auto"/>
        <w:jc w:val="left"/>
      </w:pPr>
      <w:r>
        <w:rPr>
          <w:rFonts w:ascii="Times New Roman" w:hAnsi="Times New Roman" w:eastAsia="黑体" w:cs="黑体"/>
          <w:b/>
          <w:sz w:val="32"/>
        </w:rPr>
        <w:t>二、本方案的特点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① 低阻高精度检测：三款设备电阻分辨规格均达0.01μΩ，FT-541SJB直线四探针法检测水平平面本体方块电阻至1μΩ、四端加压法分析垂直界面接触电阻至0.01μΩ，聚焦材料低阻值检测与接触电阻数据分析。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② 双模式与双向检测：FT-541SJB集成直线四探针法、四端加压法双模式检测架构；FT-542SJB搭载智能双向检测系统，自动输出双向测试电流、同步采集双向电压信号，全程无需人工干预，自动化完成数据采集、运算分析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③ 自动加压控制：FT-541SJB搭载伺服电动缸完成自动加压，配套闭环压力调控结构，提供恒压、梯度连续加压、保压多种测试工况，自动生成压力与电阻变化曲线；FT-542SJB搭载伺服电动集成驱动系统，运行匀速平稳、位移控制精度高；FT-543SJB采用伺服电动缸全自动加压，同步采集压力、厚度、温度物理参数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④ 电极与样品承载结构：三款设备均配备镀金电极，稳定试样接触状态；FT-542SJB配置样品测量筒，可有效约束高弹性测试样品，解决样品压缩形变外溢问题，机身采用双立柱直线热处理光轴支撑结构，结构刚性强、运行稳定性高、耐久度良好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⑤ 标准化检测：FT-541SJB依据GB/T 20042.6-2024、IEC 62282-7-4:2024等质子交换膜燃料电池系列标准执行；FT-542SJB依据NB/T 42082-2016、NB/T 42007-2013《全钒液流电池用双极板测试方法》等液流电池标准执行；FT-543SJB检测逻辑、加压结构、大电流电阻检测流程贴合电解槽双极板导电性能行业通用试验制式。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⑥ 数据管理配套：三款设备均依托PC软件统一管控，自动生成变化图谱与标准化检测报表，支持单位自动换算、数据存储、报表管理，数据全程可追溯，适配实验室规范管控需求。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⑦ 扩展配套：FT-541SJB可拓展外接07A材料测量装置，预留USB、RS232通讯端口；FT-542SJB预留外接扩展功能模块，标配电阻校准模块与温湿度监测模块，配备防松动固定结构与紧急停止防护装置；FT-543SJB可更换不同规格镀金电极适配试样，压力、电流规格均可按需调整。</w:t>
      </w:r>
    </w:p>
    <w:p>
      <w:pPr>
        <w:pStyle w:val="Heading1"/>
        <w:keepNext/>
        <w:spacing w:before="280" w:after="120" w:line="240" w:lineRule="auto"/>
        <w:jc w:val="left"/>
      </w:pPr>
      <w:r>
        <w:rPr>
          <w:rFonts w:ascii="Times New Roman" w:hAnsi="Times New Roman" w:eastAsia="黑体" w:cs="黑体"/>
          <w:b/>
          <w:sz w:val="32"/>
        </w:rPr>
        <w:t>三、双极板电阻测试仪技术方案</w:t>
      </w:r>
    </w:p>
    <w:p>
      <w:pPr>
        <w:pStyle w:val="Heading2"/>
        <w:keepNext/>
        <w:spacing w:before="220" w:after="100" w:line="240" w:lineRule="auto"/>
        <w:jc w:val="left"/>
      </w:pPr>
      <w:r>
        <w:rPr>
          <w:rFonts w:ascii="Times New Roman" w:hAnsi="Times New Roman" w:eastAsia="黑体" w:cs="黑体"/>
          <w:b/>
          <w:sz w:val="28"/>
        </w:rPr>
        <w:t>FT-541SJB系列自动双极板四探针本体/界面接触电阻测试仪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① 功能概述：FT-541SJB系列自动双极板四探针本体/界面接触电阻测试仪集成两种检测方案，直线四探针法用于检测水平平面本体方块电阻至1μΩ，四端加压法用于分析垂直界面接触电阻至0.01μΩ，可同步完成双极板本体电阻率、双极板与炭纸界面接触电阻采集测算。设备搭载伺服电动缸完成自动加压，配套闭环压力调控结构；标准压力量程1000kg（4MPa），支持拓展至2000kg；提供恒压、梯度连续加压、保压多种测试工况，自动生成压力与电阻变化曲线。设备标配50mm×50mm镀金电极，有效接触面积25cm²，电极尺寸支持定制；采用双立柱支撑结构，适配500mm尺寸试样，搭配弹性绝缘样品承载平台。水平四探针模块可选碳化钨探针、镀金磷铜探针，探针间距可选1mm、2mm、3mm；可拓展外接07A材料测量装置。整机采用PC软件统一管控，设备自动切换正反电流、采集双向电压；界面实时展示电阻、方块电阻、体积电阻率、电导率、电流、电压、压力、压强、试样厚度、温度；自动生成对比图谱，支持数据保存、Excel导出、自定义中英文报表；预留USB、RS232通讯端口，数据全程可追溯，适配实验室规范管控需求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② 适配标准：GB/T 20042.6-2024、IEC 62282-7-4:2024质子交换膜燃料电池第6部分双极板特性测试方法；GB/T 20042.3-2022、IEC 62282-7-3:2024质子交换膜燃料电池第3部分质子交换膜测试方法；GB/T 20042.7-2014、IEC 62282-7-6:2024质子交换膜燃料电池第7部分炭纸特性测试方法；T/CASME 1929-2025氢能燃料电池用复合石墨双极板性能测试方法。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③ 适用对象：适配石墨复合双极板、金属涂层双极板、炭纸、多规格导电复合材料，可同步采集水平本体电阻率、垂直界面接触电阻两项参数；细分检测品类覆盖燃料电池双极板基材（树脂浸渍石墨板、模压石墨导电板材、不锈钢/钛合金基体镀金、镀铬、氮化钛涂层金属极板、导电聚合物复合极板、碳纤维导电板材、流场成品极板、毛坯板材）、气体扩散层物料（炭纸、碳布等气体扩散基材）、拓展检测物料（石墨板材、碳素导电块、导电薄膜、低阻导电复合材料、导电涂层板材）；适配双极板生产企业来料核验、半成品抽检、成品出厂检测，材料研发板块复合石墨配方、导电树脂配比试验、金属极板表面改性、新型导电涂层对比试验、压力与接触电阻规律研究、原材料导电性能分拣、批量成品涂层一致性监控、依托梯度加压数据优化电堆装配工艺等场景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④ 主要技术参数：FT-541SJB-341接触电阻垂直方向测量范围10⁻⁷至2×10⁷Ω、方块电阻水平方向测量范围10⁻⁵至2×10⁵Ω/□、电流范围1μA、10μA、100μA、1mA、10mA、1000mA；FT-541SJB-361接触电阻垂直方向测量范围10⁻⁸至2×10⁴Ω、方块电阻水平方向测量范围10⁻⁶至2×10²Ω/□、电流范围100μA、1mA、10mA、100mA、1A、10A；FT-541SJB-300全检版本接触电阻垂直方向测量范围10⁻⁷至2×10⁷Ω、测试方式四端法测量垂直方向接触电阻、可应用于生产全检，配备扫码仪、碳纸使用次数设定、警报功能，配有样品测试平台、碳纸冲片机、可查询的数据统计；电阻精度≤0.3%标准电阻；PC软件显示电阻、电阻率、方阻、温度、单位换算、温度系数、电流、电压、厚度、电导率、压强，过程图谱、数据管理、报表管理；加压方式伺服电缸驱动；测试方式四探针水平方向（体电阻率）、四端法垂直方向（接触电阻和电阻率）；压力范围标配1000kg（0至4MPa），选购2000kg或按需定制；镀金电极电极平行度≤0.022mm、标配5cm正方形电极、有效接触面积25cm²、可选直径60mm电极、非标尺寸可定制；立柱间距500mm，配有样品载台（可按需定制）；厚度测量垂直方向0.005至30mm；工作电源输入AC 220V±10%、50Hz，功耗小于30W；拓展配置模块电压降功能可定制大电流恒流源测量，用于分析压接或焊接工艺等条件下的电压降变化，电流大小10A至200A可选。</w:t>
      </w:r>
    </w:p>
    <w:p>
      <w:pPr>
        <w:pStyle w:val="Heading2"/>
        <w:keepNext/>
        <w:spacing w:before="220" w:after="100" w:line="240" w:lineRule="auto"/>
        <w:jc w:val="left"/>
      </w:pPr>
      <w:r>
        <w:rPr>
          <w:rFonts w:ascii="Times New Roman" w:hAnsi="Times New Roman" w:eastAsia="黑体" w:cs="黑体"/>
          <w:b/>
          <w:sz w:val="28"/>
        </w:rPr>
        <w:t>FT-542SJB石墨毡/碳毡/电极毡双极板电阻测试仪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① 功能概述：FT-542SJB石墨毡/碳毡/电极毡双极板电阻测试仪是一款专为毡类电极材料研发的高精度、自动化低阻至0.01μΩ检测设备，整机依托配套PC软件实现全流程操控，聚焦材料低阻值检测与接触电阻数据分析，可完成石墨毡、碳毡、电极毡等材料的导电性能标准化测试。设备搭载智能双向检测系统，可自动输出双向测试电流、同步采集双向电压信号，全程无需人工干预，自动化完成数据采集、运算分析，生成标准化检测报表；支持实时绘制压力、样品厚度、电阻等联动变化图谱，直观呈现材料在不同受压工况下的导电性能变化规律。设备配置样品测量筒，可有效约束高弹性测试样品，解决样品压缩形变外溢问题，保障测试工况稳定；检测部件采用镀金电极，导电性能良好；搭载伺服电动集成驱动系统，运行匀速平稳、位移控制精度高，可自动采集样品位移数据，实现静音式免维护测试作业。机身采用双立柱直线热处理光轴支撑结构，五金构件通过CNC加工成型，结构刚性强、运行稳定性高、耐久度良好；配备防松动固定结构与紧急停止防护装置，保障测试可靠；整机采用一体式集成箱体设计，结构紧凑规整。设备预留外接扩展功能模块，可搭配不同规格测量辅助治具，兼容多种材料的检测需求；标配电阻校准模块与温湿度监测模块，可实时校准设备测量精度、监测测试环境参数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② 适配标准：NB/T 42082-2016；IEC 62932-2-1:2021；IEC 63686；JIS C8703；KS C 8547:2021（全钒液流电池电极测试相关规范）；NB/T 42007-2013《全钒液流电池用双极板测试方法》。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③ 适用对象：用于石墨毡、碳毡、电极毡、软毡及双极板材料的电阻率、接触电阻检测与数据分析，适配液流电池双极板相关性能试验工作。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④ 主要技术参数：电阻测试范围10⁻⁸至2×10⁴Ω，分辨率0.01μΩ；电阻率范围10⁻⁸至2×10⁴Ω·cm；PC软件功能可显示电阻、电阻率、电导率、电流、电压、厚度、压强，支持参数单位自动换算，自动生成数据图谱与报表；测试模式自动化检测，可检测电阻、电阻率、接触电阻三类指标；压力规格标准可选100kg规格，压力数值精度0.01N，设备初始压力小于0.1N，支持压力量程个性化定制；标配电极规格镀金电极直径50mm；样品厚度测量区间0.001mm至25mm，厚度分辨率0.001mm；加压方式电动加压；工作电源输入AC 220V±10%、50Hz，整机功耗小于150W。</w:t>
      </w:r>
    </w:p>
    <w:p>
      <w:pPr>
        <w:pStyle w:val="Heading2"/>
        <w:keepNext/>
        <w:spacing w:before="220" w:after="100" w:line="240" w:lineRule="auto"/>
        <w:jc w:val="left"/>
      </w:pPr>
      <w:r>
        <w:rPr>
          <w:rFonts w:ascii="Times New Roman" w:hAnsi="Times New Roman" w:eastAsia="黑体" w:cs="黑体"/>
          <w:b/>
          <w:sz w:val="28"/>
        </w:rPr>
        <w:t>FT-543SJB系列自动电解槽双极板接触电阻测试仪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① 功能概述：FT-543SJB系列自动电解槽双极板接触电阻测试仪整套检测流程依托PC软件操作，设备可自动生成变化图谱与检测报表，配备镀金电极组件；设备可自动完成正负电流输出、正负电压采集工作。设备可开展大电流工况下接触电阻、电压降、电阻率、温升、负载、电流密度相关数据解析，搭载恒流源系统，支持全自动检测流程，配备合规防护结构，保障检测运行稳妥。设备采用四端法检测架构，分离电流回路与电压回路，减少电极接触、引线带来的数据干扰；伺服电动缸自动完成试样加压，同步采集压力、厚度、温度物理参数；设备输出稳定直流恒流作用于双极板试样，采集电压信号运算得出接触电阻、电阻率等指标。整套检测数据实时传输至PC软件，自动记录全过程变化曲线，汇总生成标准化报表；可更换不同规格镀金电极适配试样，压力、电流规格均可按需调整，完整模拟电解槽实际运行工况，量化双极板导电相关性能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② 适配标准：设备检测逻辑、加压结构、大电流电阻检测流程贴合电解槽双极板导电性能行业通用试验制式，满足电解行业金属、复合双极板接触电阻标准化检测需求。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③ 适用对象：适配新能源制氢、氯碱工艺绿色化学品生产、金属表面处理相关行业；可用于双极板材料导电性能试验、使用寿命相关试验分析，辅助工艺调整优化使用成本；同时适配新型复合材料研发、高适配低能耗双极板的试验与应用研究工作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④ 主要技术参数：接触电阻测试范围10⁻⁷至2×10³Ω，分辨率0.01μΩ；直流电流规格可选DC10A、100A、200A、300A，可按需选定对应量程；PC软件显示内容电阻、电阻率、温度、电流、电压、厚度、压强，支持单位自动换算，具备图谱生成、数据存储、报表管理功能；加压模式伺服电动缸全自动加压；检测方式四端法；压力区间0至1000kg（对应0至4MPa），支持量程个性化定制；厚度测量区间0.001mm至12.7mm；工作电源输入AC 220V±10%、50Hz，整机功耗小于30W。</w:t>
      </w:r>
    </w:p>
    <w:p>
      <w:pPr>
        <w:pStyle w:val="Heading1"/>
        <w:keepNext/>
        <w:spacing w:before="280" w:after="120" w:line="240" w:lineRule="auto"/>
        <w:jc w:val="left"/>
      </w:pPr>
      <w:r>
        <w:rPr>
          <w:rFonts w:ascii="Times New Roman" w:hAnsi="Times New Roman" w:eastAsia="黑体" w:cs="黑体"/>
          <w:b/>
          <w:sz w:val="32"/>
        </w:rPr>
        <w:t>四、本方案应用场景及行业解决方案（简洁版）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① 燃料电池双极板检测：质子交换膜燃料电池双极板本体电阻率、双极板与炭纸界面接触电阻检测，按GB/T 20042.6-2024、IEC 62282-7-4:2024执行，采用FT-541SJB系列执行。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② 液流电池电极毡检测：石墨毡、碳毡、电极毡、软毡电阻率与接触电阻检测，按NB/T 42007-2013、NB/T 42082-2016执行，采用FT-542SJB执行。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③ 电解槽双极板检测：新能源制氢、氯碱工艺、金属表面处理行业双极板导电性能试验，大电流工况接触电阻、电压降、温升、电流密度解析，采用FT-543SJB系列执行。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④ 生产全检：FT-541SJB-300全检版本配备扫码仪、碳纸使用次数设定、警报功能，适配双极板生产批量成品检测。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⑤ 材料研发：双极板基材配方、导电涂层工艺对比、压力与接触电阻规律、导电均匀性相关研究，采用FT-541SJB系列执行。</w:t>
      </w:r>
    </w:p>
    <w:p>
      <w:pPr>
        <w:pStyle w:val="Heading1"/>
        <w:keepNext/>
        <w:spacing w:before="280" w:after="120" w:line="240" w:lineRule="auto"/>
        <w:jc w:val="left"/>
      </w:pPr>
      <w:r>
        <w:rPr>
          <w:rFonts w:ascii="Times New Roman" w:hAnsi="Times New Roman" w:eastAsia="黑体" w:cs="黑体"/>
          <w:b/>
          <w:sz w:val="32"/>
        </w:rPr>
        <w:t>五、选型建议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① 燃料电池双极板检测：选FT-541SJB系列自动双极板四探针本体/界面接触电阻测试仪，四探针法与四端加压法双模式检测，含341、361、300全检版本。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② 电极毡材料检测：选FT-542SJB石墨毡/碳毡/电极毡双极板电阻测试仪，专为毡类电极材料设计，压力规格标准可选100kg，支持压力量程个性化定制。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③ 电解槽大电流检测：选FT-543SJB系列自动电解槽双极板接触电阻测试仪，直流电流规格可选DC10A、100A、200A、300A，按需选定对应量程。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④ 组合配置：三系列组合使用，可构建覆盖燃料电池、液流电池、电解槽双极板导电性能检测方案。</w:t>
      </w:r>
    </w:p>
    <w:sectPr w:rsidR="00FC693F" w:rsidRPr="0006063C" w:rsidSect="00034616">
      <w:footerReference w:type="default" r:id="rId9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 w:cs="宋体"/>
        <w:b w:val="0"/>
        <w:sz w:val="21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