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 w:before="0" w:line="240" w:lineRule="auto"/>
        <w:jc w:val="center"/>
      </w:pPr>
      <w:r>
        <w:rPr>
          <w:rFonts w:ascii="Times New Roman" w:hAnsi="Times New Roman" w:eastAsia="黑体" w:cs="黑体"/>
          <w:b/>
          <w:sz w:val="36"/>
        </w:rPr>
        <w:t>双极板电阻测试仪技术方案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本体电阻率与界面接触电阻是燃料电池双极板的关键电性能指标，直接影响电堆内阻、功率密度与装配工艺优化。本文围绕FT-341SJB/FT-361SJB系列实用型双极板四探针本体电阻与界面接触电阻一体化测试仪、FT-541SJB系列自动双极板四探针本体与界面接触电阻测试仪，整合形成双极板电阻测试仪技术方案，覆盖石墨复合双极板、金属涂层双极板、炭纸、碳布等材料的本体电阻率与界面接触电阻检测需求，适配手动液压加压与伺服电缸自动加压两类测试工况。</w:t>
      </w:r>
    </w:p>
    <w:p>
      <w:pPr>
        <w:pStyle w:val="Heading1"/>
        <w:keepNext/>
        <w:spacing w:before="280" w:after="120" w:line="240" w:lineRule="auto"/>
        <w:jc w:val="left"/>
      </w:pPr>
      <w:r>
        <w:rPr>
          <w:rFonts w:ascii="Times New Roman" w:hAnsi="Times New Roman" w:eastAsia="黑体" w:cs="黑体"/>
          <w:b/>
          <w:sz w:val="32"/>
        </w:rPr>
        <w:t>一、方案内容概述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① 本方案由两个系列双极板电阻测试仪器组成，均采用双模式检测架构，集成直线四探针法检测水平平面方块电阻、四端加压法测算垂直界面接触电阻两套检测方案，可同步完成双极板本体电阻率、双极板与炭纸界面接触电阻两项参数测算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② FT-341SJB/FT-361SJB系列为实用型一体化测试仪，采用手动液压加压形式，标准压力区间0至1000kg（0至4MPa），适配中小型生产企业与实验室检测场景。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③ FT-541SJB系列为自动测试仪，搭载伺服电动缸自动加压与闭环压力调控结构，标准压力量程1000kg（4MPa），支持拓展至2000kg，覆盖FT-541SJB-341、FT-541SJB-361、FT-541SJB-300全检版本三款型号。</w:t>
      </w:r>
    </w:p>
    <w:p>
      <w:pPr>
        <w:pStyle w:val="Heading1"/>
        <w:keepNext/>
        <w:spacing w:before="280" w:after="120" w:line="240" w:lineRule="auto"/>
        <w:jc w:val="left"/>
      </w:pPr>
      <w:r>
        <w:rPr>
          <w:rFonts w:ascii="Times New Roman" w:hAnsi="Times New Roman" w:eastAsia="黑体" w:cs="黑体"/>
          <w:b/>
          <w:sz w:val="32"/>
        </w:rPr>
        <w:t>二、本方案的特点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① 双模式检测架构：设备集成两套检测方案，直线四探针法采集板材水平平面方块电阻，四端加压法测算垂直界面接触电阻，同步完成双极板本体电阻率、双极板与炭纸界面接触电阻两项参数测算。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② 加压方式分级：FT-341SJB/FT-361SJB系列采用手动液压加压形式，标准压力区间0至1000kg（0至4MPa）；FT-541SJB系列搭载伺服电动缸完成自动加压，配套闭环压力调控结构，提供恒压、梯度连续加压、保压多种测试工况，自动生成压力与电阻变化曲线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③ 标准化电极系统：标配50mm×50mm正方形镀金电极，有效接触面积25cm²，电极平行度控制在0.022mm以内，电极外形尺寸支持定制；采用双立柱支撑结构，标准适配150mm至500mm试样宽度，搭配弹性绝缘样品承载平台。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④ 探针拓展配置：水平四探针模块可搭配碳化钨、镀金磷铜两种探针材质，探针间距可选1mm、2mm、3mm；设备预留拓展接口，可外接07A材料测量装置适配多品类试样检测。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⑤ 标准化检测：方案分别依据GB/T 20042.6-2024、IEC 62282-7-4:2024质子交换膜燃料电池双极板特性测试方法，GB/T 20042.3-2022、IEC 62282-7-3:2024质子交换膜测试方法，GB/T 20042.7-2014、IEC 62282-7-6:2024炭纸特性测试方法，T/CASME 1929-2025氢能燃料电池用复合石墨双极板性能测试方法执行检测。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⑥ 数据管理配套：FT-541SJB系列整机采用PC软件统一管控，设备自动切换正反电流、采集双向电压，界面实时展示电阻、方块电阻、体积电阻率、电导率、电流、电压、压力、压强、试样厚度、温度；自动生成多组对比曲线图谱，支持本地存储、Excel导出、自定义中英文报表；搭载USB、RS232通讯端口，全部试验数据完整留存可追溯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⑦ 生产全检升级：FT-541SJB-300全检版本可应用于生产全检，配备扫码仪、碳纸使用次数设定、警报功能，配有样品测试平台与碳纸冲片机，可查询的数据统计，适配批量成品一致性监控。</w:t>
      </w:r>
    </w:p>
    <w:p>
      <w:pPr>
        <w:pStyle w:val="Heading1"/>
        <w:keepNext/>
        <w:spacing w:before="280" w:after="120" w:line="240" w:lineRule="auto"/>
        <w:jc w:val="left"/>
      </w:pPr>
      <w:r>
        <w:rPr>
          <w:rFonts w:ascii="Times New Roman" w:hAnsi="Times New Roman" w:eastAsia="黑体" w:cs="黑体"/>
          <w:b/>
          <w:sz w:val="32"/>
        </w:rPr>
        <w:t>三、双极板电阻测试仪技术方案</w:t>
      </w:r>
    </w:p>
    <w:p>
      <w:pPr>
        <w:pStyle w:val="Heading2"/>
        <w:keepNext/>
        <w:spacing w:before="220" w:after="100" w:line="240" w:lineRule="auto"/>
        <w:jc w:val="left"/>
      </w:pPr>
      <w:r>
        <w:rPr>
          <w:rFonts w:ascii="Times New Roman" w:hAnsi="Times New Roman" w:eastAsia="黑体" w:cs="黑体"/>
          <w:b/>
          <w:sz w:val="28"/>
        </w:rPr>
        <w:t>FT-341SJB/FT-361SJB系列实用型双极板四探针本体电阻与界面接触电阻一体化测试仪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① 功能概述：设备采用双模式检测架构，可自主切换正向、反向电流并采集双向电压信号，集成两套检测方案：直线四探针法采集板材水平平面方块电阻，四端加压法测算垂直界面接触电阻，同步完成双极板本体电阻率、双极板与炭纸界面接触电阻两项参数测算。设备采用手动液压加压形式，标准压力区间0至1000kg（0至4MPa），压力规格支持定制调整；标配50mm正方形镀金电极，有效接触面积25cm²，电极平行度控制在0.022mm以内，电极外形尺寸支持定制；双立柱支撑结构，标准适配150mm试样宽度，立柱间距可拓展至500mm。水平四探针模块可搭配碳化钨、镀金磷铜两种探针材质，探针间距可选1mm、2mm、3mm；设备预留拓展接口，可外接07A材料测量装置适配多品类试样检测。可选配PC测控程序，操作界面同步展示电阻、方块电阻、体积电阻率、电导率、电流、电压、压力、压强、试样厚度、温度；自动生成多组对比曲线图谱，支持本地存储、Excel导出、自定义中英文报表；搭载USB、RS232通讯端口，全部试验数据完整留存可追溯，贴合实验室管控规范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② 适配标准：GB/T 20042.6-2024、IEC 62282-7-4:2024质子交换膜燃料电池第6部分双极板特性测试方法；GB/T 20042.3-2022、IEC 62282-7-3:2024质子交换膜燃料电池第3部分质子交换膜测试方法；GB/T 20042.7-2014、IEC 62282-7-6:2024质子交换膜燃料电池第7部分炭纸特性测试方法；T/CASME 1929-2025氢能燃料电池用复合石墨双极板性能测试方法。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③ 适用对象：适配石墨复合双极板、金属涂层双极板、炭纸、碳布、导电复合材料检测；细分检测品类覆盖燃料电池双极板基材（树脂浸渍石墨板、模压石墨导电板材、不锈钢/钛合金基底镀金/镀铬/氮化钛涂层极板、导电聚合物复合极板、碳纤维导电板材、流场成型极板与板材毛坯）、气体扩散基材（炭纸、碳布、碳毡）、拓展检测物料（石墨板材、碳素导电块、导电薄膜、低阻导电涂层板材）；适配中小型生产企业来料核验、半成品抽样、成品出厂性能检测，新材料实验室配方配比、涂层工艺对比试验，高校、合作机构燃料电池导电材料电学特性研究，依托压力与电阻数据优化电堆装配工艺等场景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④ 主要技术参数：FT-341SJB接触电阻垂直方向测量范围10⁻⁵至2×10⁵Ω、方块电阻水平方向测量范围10⁻⁵至2×10⁵Ω/□；FT-361SJB接触电阻垂直方向测量范围10⁻⁶至2×10²Ω、方块电阻水平方向测量范围10⁻⁶至2×10²Ω/□；FT-341SJB电流范围0.1μA、1μA、10μA、100μA、1mA、10mA、100mA；FT-361SJB电流范围1A、100mA、10mA、1mA、100μA、10μA、1μA、0.1μA；电阻精度≤0.3%标准电阻；液晶显示内容电阻、电阻率、方阻、温度、单位换算、温度系数、电流、电压、电导率、压强；加压方式手动液压加压；测试方式四探针水平方向（体电阻率）、四端法垂直方向（接触电阻和电阻率）；压力范围0至1000kg（0至4MPa）可定制；镀金电极电极平行度≤0.022mm、标配5cm正方形电极、有效接触面积25cm²、可选直径60mm电极、非标尺寸可定制；立柱间距150mm（可按需定制）；工作电源输入AC 220V±10%、50Hz，功耗小于30W。</w:t>
      </w:r>
    </w:p>
    <w:p>
      <w:pPr>
        <w:pStyle w:val="Heading2"/>
        <w:keepNext/>
        <w:spacing w:before="220" w:after="100" w:line="240" w:lineRule="auto"/>
        <w:jc w:val="left"/>
      </w:pPr>
      <w:r>
        <w:rPr>
          <w:rFonts w:ascii="Times New Roman" w:hAnsi="Times New Roman" w:eastAsia="黑体" w:cs="黑体"/>
          <w:b/>
          <w:sz w:val="28"/>
        </w:rPr>
        <w:t>FT-541SJB系列自动双极板四探针本体与界面接触电阻测试仪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① 功能概述：设备集成两套检测方案，直线四探针法用于检测水平平面本体方块电阻至1μΩ，四端加压法用于分析垂直界面接触电阻至0.01μΩ，可同步完成双极板本体电阻率、双极板与炭纸界面接触电阻采集测算。设备搭载伺服电动缸完成自动加压，配套闭环压力调控结构；标准压力量程1000kg（4MPa），支持拓展至2000kg；提供恒压、梯度连续加压、保压多种测试工况，自动生成压力与电阻变化曲线。标配50mm×50mm镀金电极，有效接触面积25cm²，电极尺寸支持定制；采用双立柱支撑结构，适配500mm尺寸试样，搭配弹性绝缘样品承载平台。水平四探针模块可选碳化钨探针、镀金磷铜探针，探针间距可选1mm/2mm/3mm，可拓展外接07A材料测量装置。整机采用PC软件统一管控，设备自动切换正反电流、采集双向电压；界面实时展示电阻、方块电阻、体积电阻率、电导率、电流、电压、压力、压强、试样厚度、温度；自动生成对比图谱，支持数据保存、Excel导出、自定义中英文报表；预留USB、RS232通讯端口，数据全程可追溯，适配实验室规范管控需求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② 适配标准：GB/T 20042.6-2024、IEC 62282-7-4:2024质子交换膜燃料电池第6部分双极板特性测试方法；GB/T 20042.3-2022、IEC 62282-7-3:2024质子交换膜燃料电池第3部分质子交换膜测试方法；GB/T 20042.7-2014、IEC 62282-7-6:2024质子交换膜燃料电池第7部分炭纸特性测试方法；T/CASME 1929-2025氢能燃料电池用复合石墨双极板性能测试方法。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③ 适用对象：适配石墨复合双极板、金属涂层双极板、炭纸、多规格导电复合材料检测，可同步采集水平本体电阻率、垂直界面接触电阻两项参数；细分检测品类覆盖燃料电池双极板基材（树脂浸渍石墨板、模压石墨导电板材、不锈钢/钛合金基体镀金/镀铬/氮化钛涂层金属极板、导电聚合物复合极板、碳纤维导电板材、流场成品极板与毛坯板材）、气体扩散层物料（炭纸、碳布等气体扩散基材）、拓展检测物料（石墨板材、碳素导电块、导电薄膜、低阻导电复合材料、导电涂层板材）；适配双极板生产企业来料核验、半成品抽检、成品出厂检测，材料研发板块复合石墨配方、导电树脂配比试验、金属极板表面改性、新型导电涂层对比试验、压力与接触电阻规律研究、原材料导电性能分拣、批量成品涂层一致性监控、依托梯度加压数据优化电堆装配工艺等场景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④ 主要技术参数：FT-541SJB-341接触电阻垂直方向测量范围10⁻⁷至2×10⁷Ω、方块电阻水平方向测量范围10⁻⁵至2×10⁵Ω/□、电流范围1μA/10μA/100μA/1mA/10mA/1000mA；FT-541SJB-361接触电阻垂直方向测量范围10⁻⁸至2×10⁴Ω、方块电阻水平方向测量范围10⁻⁶至2×10²Ω/□、电流范围100μA/1mA/10mA/100mA/1A/10A；FT-541SJB-300全检版本接触电阻垂直方向测量范围10⁻⁷至2×10⁷Ω、测试方式四端法测量垂直方向接触电阻、可应用于生产全检，配备扫码仪、碳纸使用次数设定、警报功能，配有样品测试平台、碳纸冲片机、可查询的数据统计；电阻精度≤0.3%标准电阻；PC软件显示电阻、电阻率、方阻、温度、单位换算、温度系数、电流、电压、厚度、电导率、压强，过程图谱、数据管理、报表管理；加压方式伺服电缸驱动；测试方式四探针水平方向（体电阻率）、四端法垂直方向（接触电阻和电阻率）；压力范围标配1000kg（0至4MPa），选购2000kg或按需定制；镀金电极电极平行度≤0.022mm、标配5cm正方形电极、有效接触面积25cm²、可选直径60mm电极、非标尺寸可定制；立柱间距500mm、配有样品载台（可按需定制）；厚度测量垂直方向0.005至30mm；工作电源输入AC 220V±10%、50Hz，功耗小于30W；拓展配置模块电压降功能可定制大电流恒流源测量，用于分析压接或焊接工艺等条件下的电压降变化，电流大小10A至200A可选。</w:t>
      </w:r>
    </w:p>
    <w:p>
      <w:pPr>
        <w:pStyle w:val="Heading1"/>
        <w:keepNext/>
        <w:spacing w:before="280" w:after="120" w:line="240" w:lineRule="auto"/>
        <w:jc w:val="left"/>
      </w:pPr>
      <w:r>
        <w:rPr>
          <w:rFonts w:ascii="Times New Roman" w:hAnsi="Times New Roman" w:eastAsia="黑体" w:cs="黑体"/>
          <w:b/>
          <w:sz w:val="32"/>
        </w:rPr>
        <w:t>四、本方案应用场景及行业解决方案（简洁版）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① 燃料电池双极板检测：石墨复合双极板、金属涂层双极板、导电聚合物复合极板、碳纤维导电板材本体电阻率与界面接触电阻检测，采用FT-341SJB/FT-361SJB系列执行。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② 气体扩散基材检测：炭纸、碳布、碳毡等气体扩散基材与极板界面接触电阻检测，按GB/T 20042.7-2014、IEC 62282-7-6:2024执行，采用FT-541SJB系列执行。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③ 双极板生产企业质检：来料核验、半成品抽检、成品出厂检测，评判基材导电性能与涂层工艺状态，可采用FT-341SJB/FT-361SJB系列执行。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④ 材料研发试验：复合石墨配方、导电树脂配比试验，金属极板表面改性、新型导电涂层对比试验，压力与接触电阻规律研究，可采用FT-541SJB系列执行。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⑤ 生产全检监控：批量成品涂层一致性监控、碳纸使用次数管理，采用FT-541SJB-300全检版本执行。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⑥ 电堆装配工艺优化：依托压力与电阻数据、梯度加压数据优化电堆装配工艺，调整内部欧姆损耗，可采用FT-541SJB系列执行。</w:t>
      </w:r>
    </w:p>
    <w:p>
      <w:pPr>
        <w:pStyle w:val="Heading1"/>
        <w:keepNext/>
        <w:spacing w:before="280" w:after="120" w:line="240" w:lineRule="auto"/>
        <w:jc w:val="left"/>
      </w:pPr>
      <w:r>
        <w:rPr>
          <w:rFonts w:ascii="Times New Roman" w:hAnsi="Times New Roman" w:eastAsia="黑体" w:cs="黑体"/>
          <w:b/>
          <w:sz w:val="32"/>
        </w:rPr>
        <w:t>五、选型建议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① 手动加压检测：选FT-341SJB/FT-361SJB系列实用型双极板四探针本体电阻与界面接触电阻一体化测试仪，手动液压加压、操作便捷，标准压力区间0至1000kg。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② 自动加压检测：选FT-541SJB系列自动双极板四探针本体与界面接触电阻测试仪，伺服电缸自动加压、闭环压力调控，提供恒压、梯度连续加压、保压多种测试工况。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③ 生产全检：选FT-541SJB-300全检版本，配备扫码仪、碳纸使用次数设定、警报功能、碳纸冲片机，适配批量成品全检。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④ 组合配置：手动与自动型号组合使用，可构建覆盖研发试验、批量质检、生产全检的双极板电阻检测方案。</w:t>
      </w:r>
    </w:p>
    <w:sectPr w:rsidR="00FC693F" w:rsidRPr="0006063C" w:rsidSect="00034616">
      <w:footerReference w:type="default" r:id="rId9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 w:cs="宋体"/>
        <w:b w:val="0"/>
        <w:sz w:val="21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